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0"/>
        <w:gridCol w:w="2160"/>
      </w:tblGrid>
      <w:tr w:rsidR="007975C9" w14:paraId="4F1E61B1" w14:textId="77777777" w:rsidTr="0040121F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4F4D9AA" w14:textId="77777777" w:rsidR="007975C9" w:rsidRDefault="007975C9" w:rsidP="00574C5B">
            <w:pPr>
              <w:spacing w:line="240" w:lineRule="auto"/>
            </w:pPr>
            <w:r>
              <w:rPr>
                <w:b/>
                <w:bCs/>
              </w:rPr>
              <w:t>Ministero dell'Istruzione e del Merito</w:t>
            </w:r>
          </w:p>
          <w:p w14:paraId="304F0CF3" w14:textId="77777777" w:rsidR="007975C9" w:rsidRDefault="007975C9" w:rsidP="00574C5B">
            <w:pPr>
              <w:spacing w:before="40" w:line="240" w:lineRule="auto"/>
            </w:pPr>
            <w:r>
              <w:rPr>
                <w:b/>
                <w:bCs/>
                <w:color w:val="1F3864"/>
                <w:sz w:val="26"/>
                <w:szCs w:val="26"/>
              </w:rPr>
              <w:t>Istituto Comprensivo Statale “Mangone – Grimaldi”</w:t>
            </w:r>
          </w:p>
          <w:p w14:paraId="63B096F9" w14:textId="77777777" w:rsidR="007975C9" w:rsidRDefault="007975C9" w:rsidP="00574C5B">
            <w:pPr>
              <w:spacing w:before="40" w:line="240" w:lineRule="auto"/>
            </w:pPr>
            <w:r>
              <w:rPr>
                <w:i/>
                <w:iCs/>
                <w:sz w:val="20"/>
                <w:szCs w:val="20"/>
              </w:rPr>
              <w:t>Scuola dell'Infanzia, Primaria e Secondaria di I grado</w:t>
            </w:r>
          </w:p>
          <w:p w14:paraId="089CC05A" w14:textId="77777777" w:rsidR="007975C9" w:rsidRDefault="007975C9" w:rsidP="00574C5B">
            <w:pPr>
              <w:spacing w:before="80" w:line="240" w:lineRule="auto"/>
            </w:pPr>
            <w:r>
              <w:rPr>
                <w:sz w:val="19"/>
                <w:szCs w:val="19"/>
              </w:rPr>
              <w:t>Via Provinciale – 87050 Mangone (CS)</w:t>
            </w:r>
          </w:p>
          <w:p w14:paraId="008BF3C6" w14:textId="77777777" w:rsidR="007975C9" w:rsidRDefault="007975C9" w:rsidP="00574C5B">
            <w:pPr>
              <w:spacing w:line="240" w:lineRule="auto"/>
            </w:pPr>
            <w:r>
              <w:rPr>
                <w:sz w:val="19"/>
                <w:szCs w:val="19"/>
              </w:rPr>
              <w:t>Tel. e Fax 0984/969171 – Email: csic851003@istruzione.it</w:t>
            </w:r>
          </w:p>
          <w:p w14:paraId="14139374" w14:textId="77777777" w:rsidR="007975C9" w:rsidRDefault="007975C9" w:rsidP="00574C5B">
            <w:pPr>
              <w:spacing w:line="240" w:lineRule="auto"/>
            </w:pPr>
            <w:r>
              <w:rPr>
                <w:sz w:val="19"/>
                <w:szCs w:val="19"/>
              </w:rPr>
              <w:t>Cod. Mecc. CSIC851003 – Sito: www.icmangone.gov.it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E0C762C" w14:textId="77777777" w:rsidR="007975C9" w:rsidRDefault="007975C9" w:rsidP="0040121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143DC5E" wp14:editId="2369B8D9">
                  <wp:extent cx="666750" cy="762000"/>
                  <wp:effectExtent l="0" t="0" r="0" b="0"/>
                  <wp:docPr id="1" name="Repubblica Italiana" descr="Repubblica Italiana" title="Repubblica Ital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96B471" w14:textId="77777777" w:rsidR="007975C9" w:rsidRDefault="007975C9" w:rsidP="007975C9">
      <w:pPr>
        <w:spacing w:before="300"/>
      </w:pPr>
    </w:p>
    <w:p w14:paraId="3F953788" w14:textId="77777777" w:rsidR="007975C9" w:rsidRDefault="007975C9" w:rsidP="007975C9">
      <w:pPr>
        <w:spacing w:after="80"/>
        <w:jc w:val="center"/>
      </w:pPr>
      <w:r>
        <w:rPr>
          <w:b/>
          <w:bCs/>
          <w:color w:val="1F3864"/>
          <w:sz w:val="34"/>
          <w:szCs w:val="34"/>
        </w:rPr>
        <w:t>PROGETTAZIONE DISCIPLINARE PER CLASSI PARALLELE</w:t>
      </w:r>
    </w:p>
    <w:p w14:paraId="5A802622" w14:textId="77777777" w:rsidR="007975C9" w:rsidRDefault="007975C9" w:rsidP="007975C9">
      <w:pPr>
        <w:spacing w:after="220"/>
        <w:jc w:val="center"/>
      </w:pPr>
      <w:r>
        <w:rPr>
          <w:i/>
          <w:iCs/>
          <w:color w:val="595959"/>
        </w:rPr>
        <w:t>delle attività didattico-educative dei Dipartimenti</w:t>
      </w:r>
    </w:p>
    <w:p w14:paraId="0DEA7650" w14:textId="77777777" w:rsidR="00001738" w:rsidRDefault="00000000">
      <w:pPr>
        <w:spacing w:after="360"/>
        <w:ind w:left="720"/>
      </w:pPr>
      <w:r>
        <w:rPr>
          <w:b/>
        </w:rPr>
        <w:t xml:space="preserve">• Disciplina: </w:t>
      </w:r>
      <w:r w:rsidRPr="00FB5C62">
        <w:rPr>
          <w:b/>
          <w:bCs/>
        </w:rPr>
        <w:t>LINGUA STRANIERA (FRANCESE) + Educazione Civica</w:t>
      </w:r>
      <w:r w:rsidRPr="00FB5C62">
        <w:rPr>
          <w:b/>
          <w:bCs/>
        </w:rPr>
        <w:br/>
      </w:r>
      <w:r>
        <w:rPr>
          <w:b/>
        </w:rPr>
        <w:t xml:space="preserve">• Classe: </w:t>
      </w:r>
      <w:r>
        <w:t>Prima – Scuola Secondaria di I grado</w:t>
      </w:r>
      <w:r>
        <w:br/>
      </w:r>
      <w:r>
        <w:rPr>
          <w:b/>
        </w:rPr>
        <w:t xml:space="preserve">• Plesso di: </w:t>
      </w:r>
      <w:r>
        <w:t>__________________</w:t>
      </w:r>
      <w:r>
        <w:br/>
      </w:r>
      <w:r>
        <w:rPr>
          <w:b/>
        </w:rPr>
        <w:t xml:space="preserve">• Anno Scolastico: </w:t>
      </w:r>
      <w:r>
        <w:t>2026/2027</w:t>
      </w:r>
    </w:p>
    <w:p w14:paraId="76C99E7F" w14:textId="77777777" w:rsidR="00001738" w:rsidRDefault="00000000">
      <w:pPr>
        <w:keepNext/>
        <w:spacing w:before="360" w:after="160"/>
      </w:pPr>
      <w:r>
        <w:rPr>
          <w:b/>
          <w:color w:val="1C366E"/>
          <w:sz w:val="32"/>
        </w:rPr>
        <w:t>Premessa</w:t>
      </w:r>
    </w:p>
    <w:p w14:paraId="2FD25A42" w14:textId="77777777" w:rsidR="00001738" w:rsidRDefault="00000000">
      <w:r>
        <w:t>La progettazione disciplinare dell'Istituto Comprensivo è stata elaborata tenendo conto del Curricolo Verticale d'Istituto. Essa costituisce un segmento del percorso di lungo termine che ha come finalità lo sviluppo, da parte degli alunni, della “competenza” e che, per questo, deve:</w:t>
      </w:r>
    </w:p>
    <w:p w14:paraId="33DD7403" w14:textId="77777777" w:rsidR="00001738" w:rsidRDefault="00000000">
      <w:pPr>
        <w:pStyle w:val="Numeroelenco"/>
      </w:pPr>
      <w:r>
        <w:t>Determinare le mete formative da perseguire.</w:t>
      </w:r>
    </w:p>
    <w:p w14:paraId="51B86F5B" w14:textId="77777777" w:rsidR="00001738" w:rsidRDefault="00000000">
      <w:pPr>
        <w:pStyle w:val="Numeroelenco"/>
      </w:pPr>
      <w:r>
        <w:t>Ideare le esperienze di apprendimento (UdA) da far vivere agli alunni in relazione alle mete stabilite.</w:t>
      </w:r>
    </w:p>
    <w:p w14:paraId="2B94CEDA" w14:textId="77777777" w:rsidR="00001738" w:rsidRDefault="00000000">
      <w:pPr>
        <w:pStyle w:val="Numeroelenco"/>
      </w:pPr>
      <w:r>
        <w:t>Definire i dispositivi di valutazione.</w:t>
      </w:r>
    </w:p>
    <w:p w14:paraId="06D03E0A" w14:textId="77777777" w:rsidR="00001738" w:rsidRDefault="00000000">
      <w:pPr>
        <w:keepNext/>
        <w:spacing w:before="280"/>
      </w:pPr>
      <w:r>
        <w:rPr>
          <w:b/>
          <w:color w:val="2980B9"/>
          <w:sz w:val="26"/>
        </w:rPr>
        <w:t>1.1 Parole condivise per la messa a fuoco della progettazione</w:t>
      </w:r>
    </w:p>
    <w:p w14:paraId="7DE8CBFD" w14:textId="77777777" w:rsidR="00001738" w:rsidRDefault="00000000">
      <w:pPr>
        <w:pStyle w:val="Puntoelenco"/>
      </w:pPr>
      <w:r>
        <w:rPr>
          <w:b/>
        </w:rPr>
        <w:t>Centralità della persona.</w:t>
      </w:r>
      <w:r>
        <w:t xml:space="preserve"> L'alunno è posto al centro del processo educativo nella sua dimensione cognitiva, emotiva, relazionale e valoriale.</w:t>
      </w:r>
    </w:p>
    <w:p w14:paraId="66E69840" w14:textId="77777777" w:rsidR="00001738" w:rsidRDefault="00000000">
      <w:pPr>
        <w:pStyle w:val="Puntoelenco"/>
      </w:pPr>
      <w:r>
        <w:rPr>
          <w:b/>
        </w:rPr>
        <w:t>Personalizzazione.</w:t>
      </w:r>
      <w:r>
        <w:t xml:space="preserve"> Percorsi flessibili che valorizzano talenti, bisogni educativi e stili di apprendimento di ciascuno.</w:t>
      </w:r>
    </w:p>
    <w:p w14:paraId="376BCC75" w14:textId="77777777" w:rsidR="00001738" w:rsidRDefault="00000000">
      <w:pPr>
        <w:pStyle w:val="Puntoelenco"/>
      </w:pPr>
      <w:r>
        <w:rPr>
          <w:b/>
        </w:rPr>
        <w:t>Competenze.</w:t>
      </w:r>
      <w:r>
        <w:t xml:space="preserve"> La progettazione è orientata sullo sviluppo delle competenze chiave europee, integrate con conoscenze e abilità disciplinari.</w:t>
      </w:r>
    </w:p>
    <w:p w14:paraId="3D8F6BFC" w14:textId="77777777" w:rsidR="00001738" w:rsidRDefault="00000000">
      <w:pPr>
        <w:pStyle w:val="Puntoelenco"/>
      </w:pPr>
      <w:r>
        <w:rPr>
          <w:b/>
        </w:rPr>
        <w:t>Curricolo verticale e per classi parallele.</w:t>
      </w:r>
      <w:r>
        <w:t xml:space="preserve"> Continuità e progressione degli apprendimenti.</w:t>
      </w:r>
    </w:p>
    <w:p w14:paraId="422E8753" w14:textId="77777777" w:rsidR="00001738" w:rsidRDefault="00000000">
      <w:pPr>
        <w:pStyle w:val="Puntoelenco"/>
      </w:pPr>
      <w:r>
        <w:rPr>
          <w:b/>
        </w:rPr>
        <w:t>Essenzialità dei saperi.</w:t>
      </w:r>
      <w:r>
        <w:t xml:space="preserve"> Selezione dei nuclei fondanti delle discipline e approfondimento delle conoscenze essenziali.</w:t>
      </w:r>
    </w:p>
    <w:p w14:paraId="0E0A60C2" w14:textId="77777777" w:rsidR="00001738" w:rsidRDefault="00000000">
      <w:pPr>
        <w:pStyle w:val="Puntoelenco"/>
      </w:pPr>
      <w:r>
        <w:rPr>
          <w:b/>
        </w:rPr>
        <w:t>Interdisciplinarità.</w:t>
      </w:r>
      <w:r>
        <w:t xml:space="preserve"> Collegamento tra discipline per favorire una visione unitaria della conoscenza e della realtà.</w:t>
      </w:r>
    </w:p>
    <w:p w14:paraId="3F2EB1A4" w14:textId="77777777" w:rsidR="00001738" w:rsidRDefault="00000000">
      <w:pPr>
        <w:pStyle w:val="Puntoelenco"/>
      </w:pPr>
      <w:r>
        <w:rPr>
          <w:b/>
        </w:rPr>
        <w:t>Cittadinanza.</w:t>
      </w:r>
      <w:r>
        <w:t xml:space="preserve"> Educazione alla partecipazione democratica, alla responsabilità, alla sostenibilità e alla convivenza civile.</w:t>
      </w:r>
    </w:p>
    <w:p w14:paraId="7D61BF22" w14:textId="77777777" w:rsidR="00001738" w:rsidRDefault="00000000">
      <w:pPr>
        <w:pStyle w:val="Puntoelenco"/>
      </w:pPr>
      <w:r>
        <w:rPr>
          <w:b/>
        </w:rPr>
        <w:lastRenderedPageBreak/>
        <w:t>Orientamento.</w:t>
      </w:r>
      <w:r>
        <w:t xml:space="preserve"> Accompagnamento dell'alunno nella costruzione del proprio progetto di vita e nella conoscenza di sé.</w:t>
      </w:r>
    </w:p>
    <w:p w14:paraId="29EE8466" w14:textId="77777777" w:rsidR="00001738" w:rsidRDefault="00000000">
      <w:pPr>
        <w:pStyle w:val="Puntoelenco"/>
      </w:pPr>
      <w:r>
        <w:rPr>
          <w:b/>
        </w:rPr>
        <w:t>Inclusione.</w:t>
      </w:r>
      <w:r>
        <w:t xml:space="preserve"> Valorizzazione delle differenze e garanzia di pari opportunità di apprendimento per tutti.</w:t>
      </w:r>
    </w:p>
    <w:p w14:paraId="3E59F913" w14:textId="77777777" w:rsidR="00001738" w:rsidRDefault="00000000">
      <w:pPr>
        <w:pStyle w:val="Puntoelenco"/>
      </w:pPr>
      <w:r>
        <w:rPr>
          <w:b/>
        </w:rPr>
        <w:t>Comunità educante.</w:t>
      </w:r>
      <w:r>
        <w:t xml:space="preserve"> Corresponsabilità tra scuola, famiglia e territorio nella crescita degli studenti.</w:t>
      </w:r>
    </w:p>
    <w:p w14:paraId="1CB51456" w14:textId="77777777" w:rsidR="00001738" w:rsidRDefault="00000000">
      <w:pPr>
        <w:pStyle w:val="Puntoelenco"/>
      </w:pPr>
      <w:r>
        <w:rPr>
          <w:b/>
        </w:rPr>
        <w:t>Innovazione metodologica.</w:t>
      </w:r>
      <w:r>
        <w:t xml:space="preserve"> Didattica attiva, laboratoriale, cooperativa e centrata sull'esperienza.</w:t>
      </w:r>
    </w:p>
    <w:p w14:paraId="69D9F730" w14:textId="77777777" w:rsidR="00001738" w:rsidRDefault="00000000">
      <w:pPr>
        <w:pStyle w:val="Puntoelenco"/>
      </w:pPr>
      <w:r>
        <w:rPr>
          <w:b/>
        </w:rPr>
        <w:t>Digitale e Intelligenza Artificiale.</w:t>
      </w:r>
      <w:r>
        <w:t xml:space="preserve"> Uso consapevole e critico delle tecnologie digitali e dell'IA come strumenti di apprendimento.</w:t>
      </w:r>
    </w:p>
    <w:p w14:paraId="69ECE55F" w14:textId="77777777" w:rsidR="00001738" w:rsidRDefault="00000000">
      <w:pPr>
        <w:pStyle w:val="Puntoelenco"/>
      </w:pPr>
      <w:r>
        <w:rPr>
          <w:b/>
        </w:rPr>
        <w:t>Valutazione formativa.</w:t>
      </w:r>
      <w:r>
        <w:t xml:space="preserve"> Valutazione come supporto al miglioramento degli apprendimenti e allo sviluppo dell'autonomia.</w:t>
      </w:r>
    </w:p>
    <w:p w14:paraId="40284DCB" w14:textId="77777777" w:rsidR="00001738" w:rsidRDefault="00000000">
      <w:pPr>
        <w:keepNext/>
        <w:spacing w:before="280"/>
      </w:pPr>
      <w:r>
        <w:rPr>
          <w:b/>
          <w:color w:val="2980B9"/>
          <w:sz w:val="26"/>
        </w:rPr>
        <w:t>1.2 Come si promuove l'apprendimento delle competenze</w:t>
      </w:r>
    </w:p>
    <w:p w14:paraId="653D4E3E" w14:textId="77777777" w:rsidR="00001738" w:rsidRDefault="00000000">
      <w:r>
        <w:t>La progettazione disciplinare promuove l'apprendimento delle competenze attraverso:</w:t>
      </w:r>
    </w:p>
    <w:p w14:paraId="7BEF9722" w14:textId="77777777" w:rsidR="00001738" w:rsidRDefault="00000000">
      <w:pPr>
        <w:pStyle w:val="Puntoelenco"/>
      </w:pPr>
      <w:r>
        <w:t>Rivisitazione dello statuto epistemologico delle discipline → essenzialità dei contenuti.</w:t>
      </w:r>
    </w:p>
    <w:p w14:paraId="3185E1CC" w14:textId="77777777" w:rsidR="00001738" w:rsidRDefault="00000000">
      <w:pPr>
        <w:pStyle w:val="Puntoelenco"/>
      </w:pPr>
      <w:r>
        <w:t>Problematizzazione dell'apprendimento → sviluppo di conoscenze procedurali.</w:t>
      </w:r>
    </w:p>
    <w:p w14:paraId="78341F0E" w14:textId="77777777" w:rsidR="00001738" w:rsidRDefault="00000000">
      <w:pPr>
        <w:pStyle w:val="Puntoelenco"/>
      </w:pPr>
      <w:r>
        <w:t>Didattica laboratoriale → operare per UdA → compiti di realtà → apprendimento come cognizione situata.</w:t>
      </w:r>
    </w:p>
    <w:p w14:paraId="02985506" w14:textId="77777777" w:rsidR="00001738" w:rsidRDefault="00000000">
      <w:pPr>
        <w:pStyle w:val="Puntoelenco"/>
      </w:pPr>
      <w:r>
        <w:t>Competenze chiave europee e di cittadinanza come orizzonte costante della progettazione.</w:t>
      </w:r>
    </w:p>
    <w:p w14:paraId="29028140" w14:textId="77777777" w:rsidR="00001738" w:rsidRDefault="00000000">
      <w:pPr>
        <w:keepNext/>
        <w:spacing w:before="360" w:after="160"/>
      </w:pPr>
      <w:r>
        <w:rPr>
          <w:b/>
          <w:color w:val="1C366E"/>
          <w:sz w:val="32"/>
        </w:rPr>
        <w:t>2. Le competenze chiave di riferimento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4963"/>
        <w:gridCol w:w="4963"/>
      </w:tblGrid>
      <w:tr w:rsidR="00001738" w14:paraId="3132EB06" w14:textId="77777777">
        <w:trPr>
          <w:jc w:val="center"/>
        </w:trPr>
        <w:tc>
          <w:tcPr>
            <w:tcW w:w="4968" w:type="dxa"/>
            <w:shd w:val="clear" w:color="auto" w:fill="1C36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254553" w14:textId="77777777" w:rsidR="00001738" w:rsidRDefault="00000000">
            <w:pPr>
              <w:jc w:val="center"/>
            </w:pPr>
            <w:r>
              <w:rPr>
                <w:b/>
                <w:color w:val="FFFFFF"/>
              </w:rPr>
              <w:t>Le 8 competenze chiave europee</w:t>
            </w:r>
          </w:p>
        </w:tc>
        <w:tc>
          <w:tcPr>
            <w:tcW w:w="4968" w:type="dxa"/>
            <w:shd w:val="clear" w:color="auto" w:fill="1C36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E1602A" w14:textId="77777777" w:rsidR="00001738" w:rsidRDefault="00000000">
            <w:pPr>
              <w:jc w:val="center"/>
            </w:pPr>
            <w:r>
              <w:rPr>
                <w:b/>
                <w:color w:val="FFFFFF"/>
              </w:rPr>
              <w:t>Le 8 competenze chiave di cittadinanza</w:t>
            </w:r>
          </w:p>
        </w:tc>
      </w:tr>
      <w:tr w:rsidR="00001738" w14:paraId="0C05D687" w14:textId="77777777">
        <w:trPr>
          <w:jc w:val="center"/>
        </w:trPr>
        <w:tc>
          <w:tcPr>
            <w:tcW w:w="4968" w:type="dxa"/>
            <w:shd w:val="clear" w:color="auto" w:fill="F5F7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6F0EC3" w14:textId="77777777" w:rsidR="00001738" w:rsidRDefault="00000000">
            <w:r>
              <w:t>1. Competenza alfabetica funzionale</w:t>
            </w:r>
            <w:r>
              <w:br/>
              <w:t>2. Competenza multilinguistica</w:t>
            </w:r>
            <w:r>
              <w:br/>
              <w:t>3. Competenza matematica e competenza in scienze, tecnologie e ingegneria</w:t>
            </w:r>
            <w:r>
              <w:br/>
              <w:t>4. Competenza digitale</w:t>
            </w:r>
            <w:r>
              <w:br/>
              <w:t>5. Competenza personale, sociale e capacità di imparare a imparare</w:t>
            </w:r>
            <w:r>
              <w:br/>
              <w:t>6. Competenza in materia di cittadinanza</w:t>
            </w:r>
            <w:r>
              <w:br/>
              <w:t>7. Competenza imprenditoriale</w:t>
            </w:r>
            <w:r>
              <w:br/>
              <w:t>8. Competenza in materia di consapevolezza ed espressione culturali</w:t>
            </w:r>
          </w:p>
        </w:tc>
        <w:tc>
          <w:tcPr>
            <w:tcW w:w="4968" w:type="dxa"/>
            <w:shd w:val="clear" w:color="auto" w:fill="F5F7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96108E" w14:textId="77777777" w:rsidR="00001738" w:rsidRDefault="00000000">
            <w:r>
              <w:t>• Imparare ad imparare</w:t>
            </w:r>
            <w:r>
              <w:br/>
              <w:t>• Progettare</w:t>
            </w:r>
            <w:r>
              <w:br/>
              <w:t>• Comunicare</w:t>
            </w:r>
            <w:r>
              <w:br/>
              <w:t>• Collaborare e partecipare</w:t>
            </w:r>
            <w:r>
              <w:br/>
              <w:t>• Agire in modo autonomo e responsabile</w:t>
            </w:r>
            <w:r>
              <w:br/>
              <w:t>• Risolvere problemi</w:t>
            </w:r>
            <w:r>
              <w:br/>
              <w:t>• Individuare collegamenti e relazioni</w:t>
            </w:r>
            <w:r>
              <w:br/>
              <w:t>• Acquisire e interpretare l'informazione</w:t>
            </w:r>
          </w:p>
        </w:tc>
      </w:tr>
      <w:tr w:rsidR="00001738" w14:paraId="2FBAA1F0" w14:textId="77777777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03C2B2" w14:textId="77777777" w:rsidR="00001738" w:rsidRDefault="00000000">
            <w:r>
              <w:rPr>
                <w:i/>
                <w:sz w:val="19"/>
              </w:rPr>
              <w:t>L'Unione Europea ha individuato le competenze chiave “di cui tutti hanno bisogno per la realizzazione e lo sviluppo personali, la cittadinanza attiva, l'inclusione sociale e l'occupazione”...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5115B5" w14:textId="77777777" w:rsidR="00001738" w:rsidRDefault="00000000">
            <w:r>
              <w:rPr>
                <w:i/>
                <w:sz w:val="19"/>
              </w:rPr>
              <w:t>In Italia tali competenze sono state richiamate nell'ambito del Decreto n. 139 del 22 agosto 2007 “Regolamento recante norme in materia di adempimento dell'obbligo di istruzione”...</w:t>
            </w:r>
          </w:p>
        </w:tc>
      </w:tr>
    </w:tbl>
    <w:p w14:paraId="25E33E38" w14:textId="77777777" w:rsidR="00001738" w:rsidRDefault="00000000">
      <w:pPr>
        <w:keepNext/>
        <w:spacing w:before="360" w:after="160"/>
      </w:pPr>
      <w:r>
        <w:rPr>
          <w:b/>
          <w:color w:val="1C366E"/>
          <w:sz w:val="32"/>
        </w:rPr>
        <w:lastRenderedPageBreak/>
        <w:t>CURRICOLO DISCIPLINARE DI LINGUA FRANCESE – CLASSE I</w:t>
      </w:r>
    </w:p>
    <w:p w14:paraId="19D6AF81" w14:textId="77777777" w:rsidR="00001738" w:rsidRDefault="00000000">
      <w:r>
        <w:rPr>
          <w:i/>
        </w:rPr>
        <w:t>(Sviluppato in conformità alle Indicazioni Nazionali per il curricolo)</w:t>
      </w:r>
    </w:p>
    <w:p w14:paraId="5C17B470" w14:textId="77777777" w:rsidR="00001738" w:rsidRDefault="00000000">
      <w:pPr>
        <w:keepNext/>
        <w:spacing w:before="280"/>
      </w:pPr>
      <w:r>
        <w:rPr>
          <w:b/>
          <w:color w:val="2980B9"/>
          <w:sz w:val="26"/>
        </w:rPr>
        <w:t>3. Finalità della disciplina</w:t>
      </w:r>
    </w:p>
    <w:p w14:paraId="14721EF5" w14:textId="77777777" w:rsidR="00001738" w:rsidRDefault="00000000">
      <w:r>
        <w:t>L’apprendimento della seconda lingua comunitaria (Francese) mira a sviluppare la competenza plurilingue e interculturale dell'alunno, affinché possa esercitare i diritti di cittadinanza europea e globale. L'insegnamento si propone di promuovere la capacità di comunicare a livello elementare (avviamento al livello A1 del QCER), stimolando al contempo la curiosità e l'apertura verso culture e stili di vita differenti dai propri, valorizzando l'analogia formale e concettuale tra le lingue romanze.</w:t>
      </w:r>
    </w:p>
    <w:p w14:paraId="791A508D" w14:textId="77777777" w:rsidR="00001738" w:rsidRDefault="00000000">
      <w:pPr>
        <w:keepNext/>
        <w:spacing w:before="280"/>
      </w:pPr>
      <w:r>
        <w:rPr>
          <w:b/>
          <w:color w:val="2980B9"/>
          <w:sz w:val="26"/>
        </w:rPr>
        <w:t>4. Traguardi per lo sviluppo delle competenze</w:t>
      </w:r>
    </w:p>
    <w:p w14:paraId="0191303B" w14:textId="77777777" w:rsidR="00001738" w:rsidRDefault="00000000">
      <w:pPr>
        <w:pStyle w:val="Puntoelenco"/>
      </w:pPr>
      <w:r>
        <w:t>L'alunno comprende brevi messaggi orali e scritti relativi ad ambiti familiari e alla vita quotidiana (scuola, famiglia, tempo libero).</w:t>
      </w:r>
    </w:p>
    <w:p w14:paraId="39F3F66A" w14:textId="77777777" w:rsidR="00001738" w:rsidRDefault="00000000">
      <w:pPr>
        <w:pStyle w:val="Puntoelenco"/>
      </w:pPr>
      <w:r>
        <w:t>Comunica in modo semplice e interagisce in brevi scambi quotidiani per chiedere e fornire informazioni personali.</w:t>
      </w:r>
    </w:p>
    <w:p w14:paraId="5F411613" w14:textId="77777777" w:rsidR="00001738" w:rsidRDefault="00000000">
      <w:pPr>
        <w:pStyle w:val="Puntoelenco"/>
      </w:pPr>
      <w:r>
        <w:t>Descrive oralmente e per iscritto, in termini lineari, aspetti della propria vita e del proprio ambiente.</w:t>
      </w:r>
    </w:p>
    <w:p w14:paraId="5EF8CCD7" w14:textId="77777777" w:rsidR="00001738" w:rsidRDefault="00000000">
      <w:pPr>
        <w:pStyle w:val="Puntoelenco"/>
      </w:pPr>
      <w:r>
        <w:t>Riconosce elementi culturali elementari della Francia e dei Paesi francofoni, stabilendo semplici confronti con la propria cultura.</w:t>
      </w:r>
    </w:p>
    <w:p w14:paraId="09D72A34" w14:textId="77777777" w:rsidR="00001738" w:rsidRDefault="00000000">
      <w:pPr>
        <w:keepNext/>
        <w:spacing w:before="280"/>
      </w:pPr>
      <w:r>
        <w:rPr>
          <w:b/>
          <w:color w:val="2980B9"/>
          <w:sz w:val="26"/>
        </w:rPr>
        <w:t>5. Obiettivi di apprendimento disciplinari (Articolati per nuclei fondanti)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4963"/>
        <w:gridCol w:w="4963"/>
      </w:tblGrid>
      <w:tr w:rsidR="00001738" w14:paraId="34D48730" w14:textId="77777777">
        <w:trPr>
          <w:jc w:val="center"/>
        </w:trPr>
        <w:tc>
          <w:tcPr>
            <w:tcW w:w="4968" w:type="dxa"/>
            <w:shd w:val="clear" w:color="auto" w:fill="2980B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7AB50E" w14:textId="77777777" w:rsidR="00001738" w:rsidRDefault="00000000">
            <w:r>
              <w:rPr>
                <w:b/>
                <w:color w:val="FFFFFF"/>
              </w:rPr>
              <w:t>Nucleo Fondante</w:t>
            </w:r>
          </w:p>
        </w:tc>
        <w:tc>
          <w:tcPr>
            <w:tcW w:w="4968" w:type="dxa"/>
            <w:shd w:val="clear" w:color="auto" w:fill="2980B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809B59" w14:textId="77777777" w:rsidR="00001738" w:rsidRDefault="00000000">
            <w:r>
              <w:rPr>
                <w:b/>
                <w:color w:val="FFFFFF"/>
              </w:rPr>
              <w:t>Obiettivi Specifici di Apprendimento (Classe I)</w:t>
            </w:r>
          </w:p>
        </w:tc>
      </w:tr>
      <w:tr w:rsidR="00001738" w14:paraId="23D79D28" w14:textId="77777777">
        <w:trPr>
          <w:jc w:val="center"/>
        </w:trPr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531ED1" w14:textId="77777777" w:rsidR="00001738" w:rsidRDefault="00000000">
            <w:r>
              <w:rPr>
                <w:b/>
              </w:rPr>
              <w:t>Ascolto (Comprensione orale)</w:t>
            </w:r>
          </w:p>
        </w:tc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D224BA" w14:textId="77777777" w:rsidR="00001738" w:rsidRDefault="00000000">
            <w:r>
              <w:t>• Comprendere istruzioni, espressioni di saluto e formule di cortesia quotidiane utilizzate dall'insegnante in classe.</w:t>
            </w:r>
            <w:r>
              <w:br/>
              <w:t>• Identificare parole chiave e informazioni esplicite e isolate in brevi testi orali (dialoghi, canzoni, presentazioni) supportati da immagini.</w:t>
            </w:r>
          </w:p>
        </w:tc>
      </w:tr>
      <w:tr w:rsidR="00001738" w14:paraId="0F6F8413" w14:textId="77777777">
        <w:trPr>
          <w:jc w:val="center"/>
        </w:trPr>
        <w:tc>
          <w:tcPr>
            <w:tcW w:w="4968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B4DA1B" w14:textId="77777777" w:rsidR="00001738" w:rsidRDefault="00000000">
            <w:r>
              <w:rPr>
                <w:b/>
              </w:rPr>
              <w:t>Parlato (Produzione e Interazione)</w:t>
            </w:r>
          </w:p>
        </w:tc>
        <w:tc>
          <w:tcPr>
            <w:tcW w:w="4968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1FF7BB" w14:textId="77777777" w:rsidR="00001738" w:rsidRDefault="00000000">
            <w:r>
              <w:t>• Interagire in modo semplice per presentarsi, salutare, chiedere e dire il nome, l'età, la provenienza e lo stato d'animo.</w:t>
            </w:r>
            <w:r>
              <w:br/>
              <w:t>• Produrre brevi frasi memorizzate per descrivere se stessi, la famiglia, i propri oggetti scolastici e i colori preferiti.</w:t>
            </w:r>
          </w:p>
        </w:tc>
      </w:tr>
      <w:tr w:rsidR="00001738" w14:paraId="46250407" w14:textId="77777777">
        <w:trPr>
          <w:jc w:val="center"/>
        </w:trPr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2A76CA" w14:textId="77777777" w:rsidR="00001738" w:rsidRDefault="00000000">
            <w:r>
              <w:rPr>
                <w:b/>
              </w:rPr>
              <w:t>Lettura (Comprensione scritta)</w:t>
            </w:r>
          </w:p>
        </w:tc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1BEB77" w14:textId="77777777" w:rsidR="00001738" w:rsidRDefault="00000000">
            <w:r>
              <w:t xml:space="preserve">• Comprendere cartoline, moduli, brevi e semplici messaggi digitali o cartacei contenenti </w:t>
            </w:r>
            <w:r>
              <w:lastRenderedPageBreak/>
              <w:t>parole familiari e strutture note.</w:t>
            </w:r>
            <w:r>
              <w:br/>
              <w:t>• Associare correttamente brevi didascalie scritte alle relative immagini o icone grafiche.</w:t>
            </w:r>
          </w:p>
        </w:tc>
      </w:tr>
      <w:tr w:rsidR="00001738" w14:paraId="5EC896C8" w14:textId="77777777">
        <w:trPr>
          <w:jc w:val="center"/>
        </w:trPr>
        <w:tc>
          <w:tcPr>
            <w:tcW w:w="4968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186B8B" w14:textId="77777777" w:rsidR="00001738" w:rsidRDefault="00000000">
            <w:r>
              <w:rPr>
                <w:b/>
              </w:rPr>
              <w:lastRenderedPageBreak/>
              <w:t>Scrittura (Produzione scritta)</w:t>
            </w:r>
          </w:p>
        </w:tc>
        <w:tc>
          <w:tcPr>
            <w:tcW w:w="4968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E275A8" w14:textId="77777777" w:rsidR="00001738" w:rsidRDefault="00000000">
            <w:r>
              <w:t>• Compilare un modulo o una scheda con i propri dati personali (nome, cognome, età, nazionalità).</w:t>
            </w:r>
            <w:r>
              <w:br/>
              <w:t>• Scrivere brevi e semplici messaggi di auguri, biglietti o elenchi legati all'ambiente scolastico e domestico.</w:t>
            </w:r>
          </w:p>
        </w:tc>
      </w:tr>
      <w:tr w:rsidR="00001738" w14:paraId="5B5D734E" w14:textId="77777777">
        <w:trPr>
          <w:jc w:val="center"/>
        </w:trPr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4D4DF2" w14:textId="77777777" w:rsidR="00001738" w:rsidRDefault="00000000">
            <w:r>
              <w:rPr>
                <w:b/>
              </w:rPr>
              <w:t>Riflessione sulla lingua</w:t>
            </w:r>
          </w:p>
        </w:tc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B42E35" w14:textId="77777777" w:rsidR="00001738" w:rsidRDefault="00000000">
            <w:r>
              <w:t>• Riconoscere e riprodruire i principali suoni specifici della lingua francese (fonemi, accenti, liaison fonetica).</w:t>
            </w:r>
            <w:r>
              <w:br/>
              <w:t>• Applicare le prime regole grammaticali di base per la strutturazione di frasi elementari (affermative, negative, interrogative).</w:t>
            </w:r>
          </w:p>
        </w:tc>
      </w:tr>
    </w:tbl>
    <w:p w14:paraId="2B1D5F30" w14:textId="77777777" w:rsidR="00001738" w:rsidRDefault="00000000">
      <w:pPr>
        <w:keepNext/>
        <w:spacing w:before="280"/>
      </w:pPr>
      <w:r>
        <w:rPr>
          <w:b/>
          <w:color w:val="2980B9"/>
          <w:sz w:val="26"/>
        </w:rPr>
        <w:t>6. Conoscenze e Contenuti Disciplinari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3308"/>
        <w:gridCol w:w="3309"/>
        <w:gridCol w:w="3309"/>
      </w:tblGrid>
      <w:tr w:rsidR="00FB5C62" w14:paraId="6A8A0170" w14:textId="77777777" w:rsidTr="004A4A08">
        <w:trPr>
          <w:jc w:val="center"/>
        </w:trPr>
        <w:tc>
          <w:tcPr>
            <w:tcW w:w="9936" w:type="dxa"/>
            <w:gridSpan w:val="3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B93DE1" w14:textId="438EADA7" w:rsidR="00FB5C62" w:rsidRPr="00FB5C62" w:rsidRDefault="00FB5C62">
            <w:pPr>
              <w:rPr>
                <w:color w:val="000000" w:themeColor="text1"/>
              </w:rPr>
            </w:pPr>
            <w:r w:rsidRPr="00FB5C62">
              <w:rPr>
                <w:b/>
                <w:color w:val="000000" w:themeColor="text1"/>
              </w:rPr>
              <w:t>Area Lessicale</w:t>
            </w:r>
            <w:r>
              <w:rPr>
                <w:b/>
                <w:color w:val="000000" w:themeColor="text1"/>
              </w:rPr>
              <w:t>-</w:t>
            </w:r>
            <w:r w:rsidRPr="00FB5C62">
              <w:rPr>
                <w:b/>
                <w:color w:val="000000" w:themeColor="text1"/>
              </w:rPr>
              <w:t>Comunicativa</w:t>
            </w:r>
          </w:p>
          <w:p w14:paraId="0688D05F" w14:textId="49AE6DDB" w:rsidR="00FB5C62" w:rsidRPr="00FB5C62" w:rsidRDefault="00FB5C62">
            <w:pPr>
              <w:rPr>
                <w:color w:val="000000" w:themeColor="text1"/>
              </w:rPr>
            </w:pPr>
            <w:r w:rsidRPr="00FB5C62">
              <w:rPr>
                <w:b/>
                <w:color w:val="000000" w:themeColor="text1"/>
              </w:rPr>
              <w:t>Strutture Grammatiche e Sintattiche</w:t>
            </w:r>
          </w:p>
          <w:p w14:paraId="02008F67" w14:textId="6B285D1B" w:rsidR="00FB5C62" w:rsidRDefault="00FB5C62">
            <w:r>
              <w:rPr>
                <w:b/>
                <w:color w:val="FFFFFF"/>
              </w:rPr>
              <w:t>Elementi di Civiltà</w:t>
            </w:r>
          </w:p>
        </w:tc>
      </w:tr>
      <w:tr w:rsidR="00001738" w14:paraId="7DEAA259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66072C" w14:textId="77777777" w:rsidR="00001738" w:rsidRDefault="00000000">
            <w:r>
              <w:t>• Les salutations et les formules de politesse</w:t>
            </w:r>
            <w:r>
              <w:br/>
              <w:t>• L'identité: nome, età, provenienza, i numeri 0-60</w:t>
            </w:r>
            <w:r>
              <w:br/>
              <w:t>• La classe: oggetti scolastici, colori</w:t>
            </w:r>
            <w:r>
              <w:br/>
              <w:t>• Le calendrier: giorni, mesi, stagioni</w:t>
            </w:r>
            <w:r>
              <w:br/>
              <w:t>• La famille</w:t>
            </w:r>
          </w:p>
        </w:tc>
        <w:tc>
          <w:tcPr>
            <w:tcW w:w="331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2DF987" w14:textId="77777777" w:rsidR="00001738" w:rsidRDefault="00000000">
            <w:r>
              <w:t>• I pronomi personali soggetto</w:t>
            </w:r>
            <w:r>
              <w:br/>
              <w:t>• Il presente dei verbi Être, Avoir e in -er</w:t>
            </w:r>
            <w:r>
              <w:br/>
              <w:t>• Gli articoli determinativi e indeterminativi</w:t>
            </w:r>
            <w:r>
              <w:br/>
              <w:t>• Plurale e femminile di nomi/aggettivi</w:t>
            </w:r>
            <w:r>
              <w:br/>
              <w:t>• Aggettivi possessivi</w:t>
            </w:r>
            <w:r>
              <w:br/>
              <w:t>• La frase interrogativa e negativa semplice</w:t>
            </w:r>
          </w:p>
        </w:tc>
        <w:tc>
          <w:tcPr>
            <w:tcW w:w="331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CA8205" w14:textId="77777777" w:rsidR="00001738" w:rsidRDefault="00000000">
            <w:r>
              <w:t>• Elementi geografici e simboli della Francia</w:t>
            </w:r>
            <w:r>
              <w:br/>
              <w:t>• Le festività e i costumi tradizionali</w:t>
            </w:r>
            <w:r>
              <w:br/>
              <w:t>• Introduzione alla mappa della francofonia</w:t>
            </w:r>
          </w:p>
        </w:tc>
      </w:tr>
    </w:tbl>
    <w:p w14:paraId="15DC79EF" w14:textId="65C06FDC" w:rsidR="00FB5C62" w:rsidRDefault="00680C2F">
      <w:pPr>
        <w:keepNext/>
        <w:spacing w:before="280"/>
        <w:rPr>
          <w:b/>
          <w:color w:val="2980B9"/>
          <w:sz w:val="26"/>
        </w:rPr>
      </w:pPr>
      <w:r>
        <w:rPr>
          <w:b/>
          <w:color w:val="2980B9"/>
          <w:sz w:val="26"/>
        </w:rPr>
        <w:t>Competenze digitali</w:t>
      </w:r>
    </w:p>
    <w:p w14:paraId="2C401166" w14:textId="544CE9F8" w:rsidR="00680C2F" w:rsidRDefault="00680C2F" w:rsidP="00680C2F">
      <w:pPr>
        <w:pStyle w:val="NormaleWeb"/>
        <w:rPr>
          <w:color w:val="000000"/>
        </w:rPr>
      </w:pPr>
      <w:r>
        <w:rPr>
          <w:color w:val="000000"/>
        </w:rPr>
        <w:t>Per la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classe prima</w:t>
      </w:r>
      <w:r>
        <w:rPr>
          <w:color w:val="000000"/>
        </w:rPr>
        <w:t>, la scelta di legare le competenze digitali alla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ludicizzazione (gamification)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risponde al bisogno metodologico di rendere l'impatto con la nuova lingua comunitaria </w:t>
      </w:r>
      <w:r>
        <w:rPr>
          <w:color w:val="000000"/>
        </w:rPr>
        <w:lastRenderedPageBreak/>
        <w:t>(il Francese) altamente stimolante, riducendo l'ansia da prestazione linguistica e sfruttando l'interattività dei dispositivi digitali.</w:t>
      </w:r>
    </w:p>
    <w:p w14:paraId="30E847F4" w14:textId="77777777" w:rsidR="00680C2F" w:rsidRDefault="00680C2F" w:rsidP="00680C2F">
      <w:pPr>
        <w:pStyle w:val="NormaleWeb"/>
        <w:rPr>
          <w:color w:val="000000"/>
        </w:rPr>
      </w:pPr>
      <w:r>
        <w:rPr>
          <w:color w:val="000000"/>
        </w:rPr>
        <w:t>Ecco un ampliamento operativo di questo approccio, declinato in esempi pratici e attività concrete che puoi inserire direttamente nella progettazione della classe prima:</w:t>
      </w:r>
    </w:p>
    <w:p w14:paraId="5A1D2392" w14:textId="77777777" w:rsidR="00680C2F" w:rsidRDefault="00680C2F" w:rsidP="00680C2F">
      <w:pPr>
        <w:pStyle w:val="Titolo3"/>
        <w:rPr>
          <w:color w:val="000000"/>
        </w:rPr>
      </w:pPr>
      <w:r>
        <w:rPr>
          <w:color w:val="000000"/>
        </w:rPr>
        <w:t>1. I "Flashcard Games" per l'acquisizione del lessico di base</w:t>
      </w:r>
    </w:p>
    <w:p w14:paraId="2AEA8044" w14:textId="77777777" w:rsidR="00680C2F" w:rsidRDefault="00680C2F" w:rsidP="00680C2F">
      <w:pPr>
        <w:pStyle w:val="NormaleWeb"/>
        <w:rPr>
          <w:color w:val="000000"/>
        </w:rPr>
      </w:pPr>
      <w:r>
        <w:rPr>
          <w:color w:val="000000"/>
        </w:rPr>
        <w:t>Nelle prime fasi dell'apprendimento, la memorizzazione del lessico fondamentale (i numeri, i colori, i giorni della settimana, gli oggetti della classe) può risultare monotona. L'uso di piattaforme digitali trasforma lo studio in una sfida interattiva.</w:t>
      </w:r>
    </w:p>
    <w:p w14:paraId="01477D95" w14:textId="77777777" w:rsidR="00680C2F" w:rsidRDefault="00680C2F" w:rsidP="00680C2F">
      <w:pPr>
        <w:pStyle w:val="NormaleWeb"/>
        <w:numPr>
          <w:ilvl w:val="0"/>
          <w:numId w:val="10"/>
        </w:numPr>
        <w:rPr>
          <w:color w:val="000000"/>
        </w:rPr>
      </w:pPr>
      <w:r>
        <w:rPr>
          <w:b/>
          <w:bCs/>
          <w:color w:val="000000"/>
        </w:rPr>
        <w:t>Esempio pratico (Quizlet / Wordwall):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Il docente crea un set di carte digitali associazioni "Parola in Francese ↔ Immagine" o "Audio ↔ Parola Scritta".</w:t>
      </w:r>
    </w:p>
    <w:p w14:paraId="2EA97E8B" w14:textId="77777777" w:rsidR="00680C2F" w:rsidRDefault="00680C2F" w:rsidP="00680C2F">
      <w:pPr>
        <w:pStyle w:val="NormaleWeb"/>
        <w:numPr>
          <w:ilvl w:val="0"/>
          <w:numId w:val="10"/>
        </w:numPr>
        <w:rPr>
          <w:color w:val="000000"/>
        </w:rPr>
      </w:pPr>
      <w:r>
        <w:rPr>
          <w:b/>
          <w:bCs/>
          <w:color w:val="000000"/>
        </w:rPr>
        <w:t>La dinamica di gioco: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Gli alunni si sfidano in modalità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Match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(gioco delle associazioni a tempo) o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Anagramme</w:t>
      </w:r>
      <w:r>
        <w:rPr>
          <w:color w:val="000000"/>
        </w:rPr>
        <w:t>. L'obiettivo è battere il proprio record di velocità nell'associare, ad esempio, i nomi degli oggetti della classe (</w:t>
      </w:r>
      <w:r>
        <w:rPr>
          <w:i/>
          <w:iCs/>
          <w:color w:val="000000"/>
        </w:rPr>
        <w:t>le cahier, il righello, la chaise</w:t>
      </w:r>
      <w:r>
        <w:rPr>
          <w:color w:val="000000"/>
        </w:rPr>
        <w:t>) prima che scada il tempo.</w:t>
      </w:r>
    </w:p>
    <w:p w14:paraId="376863EE" w14:textId="77777777" w:rsidR="00680C2F" w:rsidRDefault="00680C2F" w:rsidP="00680C2F">
      <w:pPr>
        <w:pStyle w:val="Titolo3"/>
        <w:rPr>
          <w:color w:val="000000"/>
        </w:rPr>
      </w:pPr>
      <w:r>
        <w:rPr>
          <w:color w:val="000000"/>
        </w:rPr>
        <w:t>2. Le Sfide di Classe in tempo reale (Live Quiz)</w:t>
      </w:r>
    </w:p>
    <w:p w14:paraId="3ACE60BD" w14:textId="77777777" w:rsidR="00680C2F" w:rsidRDefault="00680C2F" w:rsidP="00680C2F">
      <w:pPr>
        <w:pStyle w:val="NormaleWeb"/>
        <w:rPr>
          <w:color w:val="000000"/>
        </w:rPr>
      </w:pPr>
      <w:r>
        <w:rPr>
          <w:color w:val="000000"/>
        </w:rPr>
        <w:t>I quiz digitali dal vivo stimolano l'attenzione visiva e uditiva, permettendo al docente di effettuare una valutazione formativa immediata (grazie ai report generati istantaneamente dall'applicazione) in un clima di totale divertimento.</w:t>
      </w:r>
    </w:p>
    <w:p w14:paraId="1A620888" w14:textId="77777777" w:rsidR="00680C2F" w:rsidRDefault="00680C2F" w:rsidP="00680C2F">
      <w:pPr>
        <w:pStyle w:val="NormaleWeb"/>
        <w:numPr>
          <w:ilvl w:val="0"/>
          <w:numId w:val="11"/>
        </w:numPr>
        <w:rPr>
          <w:color w:val="000000"/>
        </w:rPr>
      </w:pPr>
      <w:r>
        <w:rPr>
          <w:b/>
          <w:bCs/>
          <w:color w:val="000000"/>
        </w:rPr>
        <w:t>Esempio pratico (Kahoot! / Mentimeter):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Al termine di un nucleo tematico (es. "I saluti e la presentazione"), la lezione si trasforma in una sessione di gioco a punti sul grande schermo della classe.</w:t>
      </w:r>
    </w:p>
    <w:p w14:paraId="3DEE0307" w14:textId="77777777" w:rsidR="00680C2F" w:rsidRDefault="00680C2F" w:rsidP="00680C2F">
      <w:pPr>
        <w:pStyle w:val="NormaleWeb"/>
        <w:numPr>
          <w:ilvl w:val="0"/>
          <w:numId w:val="11"/>
        </w:numPr>
        <w:rPr>
          <w:color w:val="000000"/>
        </w:rPr>
      </w:pPr>
      <w:r>
        <w:rPr>
          <w:b/>
          <w:bCs/>
          <w:color w:val="000000"/>
        </w:rPr>
        <w:t>La dinamica di gioco: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Domande del tipo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"Come si dice 'Arrivederci' in modo formale?"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con 4 opzioni colorate (</w:t>
      </w:r>
      <w:r>
        <w:rPr>
          <w:i/>
          <w:iCs/>
          <w:color w:val="000000"/>
        </w:rPr>
        <w:t>Bonjour, Au revoir, Salut, Merci</w:t>
      </w:r>
      <w:r>
        <w:rPr>
          <w:color w:val="000000"/>
        </w:rPr>
        <w:t>). Il sistema assegna punteggi in base all'esattezza e alla rapidità di risposta. L'errore non viene penalizzato con un voto negativo, ma diventa il pretesto per una correzione collettiva immediata e giocosa.</w:t>
      </w:r>
    </w:p>
    <w:p w14:paraId="6EF6F12B" w14:textId="77777777" w:rsidR="00680C2F" w:rsidRDefault="00680C2F" w:rsidP="00680C2F">
      <w:pPr>
        <w:pStyle w:val="Titolo3"/>
        <w:rPr>
          <w:color w:val="000000"/>
        </w:rPr>
      </w:pPr>
      <w:r>
        <w:rPr>
          <w:color w:val="000000"/>
        </w:rPr>
        <w:t>3. Cacce al tesoro digitali e "Digital Escape Rooms"</w:t>
      </w:r>
    </w:p>
    <w:p w14:paraId="128EDF5B" w14:textId="77777777" w:rsidR="00680C2F" w:rsidRDefault="00680C2F" w:rsidP="00680C2F">
      <w:pPr>
        <w:pStyle w:val="NormaleWeb"/>
        <w:rPr>
          <w:color w:val="000000"/>
        </w:rPr>
      </w:pPr>
      <w:r>
        <w:rPr>
          <w:color w:val="000000"/>
        </w:rPr>
        <w:t>L'esplorazione guidata trova la sua massima espressione nelle piccole avventure grafiche in cui gli studenti devono collaborare per risolvere enigmi linguistici all'interno di uno scenario virtuale.</w:t>
      </w:r>
    </w:p>
    <w:p w14:paraId="0E1B6CB8" w14:textId="77777777" w:rsidR="00680C2F" w:rsidRDefault="00680C2F" w:rsidP="00680C2F">
      <w:pPr>
        <w:pStyle w:val="NormaleWeb"/>
        <w:numPr>
          <w:ilvl w:val="0"/>
          <w:numId w:val="12"/>
        </w:numPr>
        <w:rPr>
          <w:color w:val="000000"/>
        </w:rPr>
      </w:pPr>
      <w:r>
        <w:rPr>
          <w:b/>
          <w:bCs/>
          <w:color w:val="000000"/>
        </w:rPr>
        <w:t>Esempio pratico (Genially):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Una mini-Escape Room intitolata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"Aiuta Jacques a ritrovare il suo zaino per andare a scuola"</w:t>
      </w:r>
      <w:r>
        <w:rPr>
          <w:color w:val="000000"/>
        </w:rPr>
        <w:t>.</w:t>
      </w:r>
    </w:p>
    <w:p w14:paraId="4D268D55" w14:textId="77777777" w:rsidR="00680C2F" w:rsidRDefault="00680C2F" w:rsidP="00680C2F">
      <w:pPr>
        <w:pStyle w:val="NormaleWeb"/>
        <w:numPr>
          <w:ilvl w:val="0"/>
          <w:numId w:val="12"/>
        </w:numPr>
        <w:rPr>
          <w:color w:val="000000"/>
        </w:rPr>
      </w:pPr>
      <w:r>
        <w:rPr>
          <w:b/>
          <w:bCs/>
          <w:color w:val="000000"/>
        </w:rPr>
        <w:t>La dinamica di gioco: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Gli studenti lavorano a piccoli gruppi sulla LIM o su dispositivi mobili. Per passare da una stanza virtuale all'altra (es. dalla camera da letto alla cucina), devono risolvere piccoli rompicapo basati sulle conoscenze base: ascoltare una traccia audio e cliccare sull'oggetto corretto, ordinare i numeri da 0 a 20 in francese, o scegliere l'articolo determinativo corretto (</w:t>
      </w:r>
      <w:r>
        <w:rPr>
          <w:i/>
          <w:iCs/>
          <w:color w:val="000000"/>
        </w:rPr>
        <w:t>le, la, les</w:t>
      </w:r>
      <w:r>
        <w:rPr>
          <w:color w:val="000000"/>
        </w:rPr>
        <w:t>). La risoluzione del codice finale sblocca il premio virtuale (un badge digitale di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"Super Esploratore della Lingua"</w:t>
      </w:r>
      <w:r>
        <w:rPr>
          <w:color w:val="000000"/>
        </w:rPr>
        <w:t>).</w:t>
      </w:r>
    </w:p>
    <w:p w14:paraId="5B08E273" w14:textId="77777777" w:rsidR="00680C2F" w:rsidRDefault="00680C2F" w:rsidP="00680C2F">
      <w:pPr>
        <w:pStyle w:val="Titolo3"/>
        <w:rPr>
          <w:color w:val="000000"/>
        </w:rPr>
      </w:pPr>
      <w:r>
        <w:rPr>
          <w:color w:val="000000"/>
        </w:rPr>
        <w:lastRenderedPageBreak/>
        <w:t>4. Il passaporto linguistico digitale (Sistemi di Badge)</w:t>
      </w:r>
    </w:p>
    <w:p w14:paraId="7EE4372E" w14:textId="77777777" w:rsidR="00680C2F" w:rsidRDefault="00680C2F" w:rsidP="00680C2F">
      <w:pPr>
        <w:pStyle w:val="NormaleWeb"/>
        <w:rPr>
          <w:color w:val="000000"/>
        </w:rPr>
      </w:pPr>
      <w:r>
        <w:rPr>
          <w:color w:val="000000"/>
        </w:rPr>
        <w:t>Per sostenere la motivazione sul lungo periodo durante tutto l'anno scolastico, si può introdurre un sistema di ricompense digitali non legate ai voti sul registro, ma al progresso e all'impegno.</w:t>
      </w:r>
    </w:p>
    <w:p w14:paraId="1425E503" w14:textId="77777777" w:rsidR="00680C2F" w:rsidRDefault="00680C2F" w:rsidP="00680C2F">
      <w:pPr>
        <w:pStyle w:val="NormaleWeb"/>
        <w:numPr>
          <w:ilvl w:val="0"/>
          <w:numId w:val="13"/>
        </w:numPr>
        <w:rPr>
          <w:color w:val="000000"/>
        </w:rPr>
      </w:pPr>
      <w:r>
        <w:rPr>
          <w:b/>
          <w:bCs/>
          <w:color w:val="000000"/>
        </w:rPr>
        <w:t>Esempio pratico: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Creazione di una bacheca condivisa (es. su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Padlet</w:t>
      </w:r>
      <w:r>
        <w:rPr>
          <w:color w:val="000000"/>
        </w:rPr>
        <w:t>) dove ogni alunno ha uno spazio privato (il suo "Passaporto per la Francia").</w:t>
      </w:r>
    </w:p>
    <w:p w14:paraId="0CCF5CF7" w14:textId="77777777" w:rsidR="00680C2F" w:rsidRDefault="00680C2F" w:rsidP="00680C2F">
      <w:pPr>
        <w:pStyle w:val="NormaleWeb"/>
        <w:numPr>
          <w:ilvl w:val="0"/>
          <w:numId w:val="13"/>
        </w:numPr>
        <w:rPr>
          <w:color w:val="000000"/>
        </w:rPr>
      </w:pPr>
      <w:r>
        <w:rPr>
          <w:b/>
          <w:bCs/>
          <w:color w:val="000000"/>
        </w:rPr>
        <w:t>La dinamica di gioco: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Al completamento positivo di determinati compiti di realtà digitali (es. aver registrato un micro-audio di 15 secondi in cui ci si presenta, o aver completato una ricerca guidata online sui simboli di Parigi), l'alunno riceve e "colleziona" un badge grafico (</w:t>
      </w:r>
      <w:r>
        <w:rPr>
          <w:i/>
          <w:iCs/>
          <w:color w:val="000000"/>
        </w:rPr>
        <w:t>"Le Roi des Nombres"</w:t>
      </w:r>
      <w:r>
        <w:rPr>
          <w:color w:val="000000"/>
        </w:rPr>
        <w:t>,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"L'Ami de la Prononciation"</w:t>
      </w:r>
      <w:r>
        <w:rPr>
          <w:color w:val="000000"/>
        </w:rPr>
        <w:t>,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"L'Explorateur de Paris"</w:t>
      </w:r>
      <w:r>
        <w:rPr>
          <w:color w:val="000000"/>
        </w:rPr>
        <w:t>).</w:t>
      </w:r>
    </w:p>
    <w:p w14:paraId="0A2E1E0A" w14:textId="77777777" w:rsidR="00680C2F" w:rsidRDefault="00680C2F" w:rsidP="00680C2F">
      <w:pPr>
        <w:pStyle w:val="Titolo3"/>
        <w:rPr>
          <w:color w:val="000000"/>
        </w:rPr>
      </w:pPr>
      <w:r>
        <w:rPr>
          <w:color w:val="000000"/>
        </w:rPr>
        <w:t>Obiettivi formativi di queste attività:</w:t>
      </w:r>
    </w:p>
    <w:p w14:paraId="264322DA" w14:textId="77777777" w:rsidR="00680C2F" w:rsidRDefault="00680C2F" w:rsidP="00680C2F">
      <w:pPr>
        <w:pStyle w:val="NormaleWeb"/>
        <w:numPr>
          <w:ilvl w:val="0"/>
          <w:numId w:val="14"/>
        </w:numPr>
        <w:rPr>
          <w:color w:val="000000"/>
        </w:rPr>
      </w:pPr>
      <w:r>
        <w:rPr>
          <w:b/>
          <w:bCs/>
          <w:color w:val="000000"/>
        </w:rPr>
        <w:t>Filtro affettivo azzerato: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L'interfaccia giocosa riduce la paura di sbagliare, tipica dell'approccio a una nuova lingua straniera.</w:t>
      </w:r>
    </w:p>
    <w:p w14:paraId="1BB5F942" w14:textId="4379B1A8" w:rsidR="00FB5C62" w:rsidRPr="00680C2F" w:rsidRDefault="00680C2F" w:rsidP="00680C2F">
      <w:pPr>
        <w:pStyle w:val="NormaleWeb"/>
        <w:numPr>
          <w:ilvl w:val="0"/>
          <w:numId w:val="14"/>
        </w:numPr>
        <w:rPr>
          <w:color w:val="000000"/>
        </w:rPr>
      </w:pPr>
      <w:r>
        <w:rPr>
          <w:b/>
          <w:bCs/>
          <w:color w:val="000000"/>
        </w:rPr>
        <w:t>Inclusività: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Le immagini, i suoni e la natura interattiva di questi strumenti digitali offrono un forte supporto agli alunni con Bisogni Educativi Speciali (BES o DSA), che beneficiano dell'approccio visivo e uditivo immediato, facilitando l'apprendimento senza il peso della sola scrittura cartacea.</w:t>
      </w:r>
    </w:p>
    <w:p w14:paraId="2D633ACD" w14:textId="48B32597" w:rsidR="00001738" w:rsidRDefault="00000000">
      <w:pPr>
        <w:keepNext/>
        <w:spacing w:before="280"/>
      </w:pPr>
      <w:r>
        <w:rPr>
          <w:b/>
          <w:color w:val="2980B9"/>
          <w:sz w:val="26"/>
        </w:rPr>
        <w:t>7. Connessioni con l'Educazione Civica</w:t>
      </w:r>
    </w:p>
    <w:p w14:paraId="52D397B9" w14:textId="77777777" w:rsidR="00001738" w:rsidRDefault="00000000">
      <w:r>
        <w:t>• Nucleo: La Costituzione e la dimension europea. Promozione del valore del plurilinguismo come strumento di pace, dialogo interculturale e integrazione all'interno dell'Unione Europea. Sviluppo del rispetto reciproco attraverso l'analisi dei linguaggi della cortesia formale e informale.</w:t>
      </w:r>
    </w:p>
    <w:p w14:paraId="1A707877" w14:textId="77777777" w:rsidR="00001738" w:rsidRDefault="00000000">
      <w:pPr>
        <w:keepNext/>
        <w:spacing w:before="360" w:after="160"/>
      </w:pPr>
      <w:r>
        <w:rPr>
          <w:b/>
          <w:color w:val="1C366E"/>
          <w:sz w:val="32"/>
        </w:rPr>
        <w:t>8. Presentazione della classe – scheda da compilare</w:t>
      </w:r>
    </w:p>
    <w:p w14:paraId="67CA220E" w14:textId="77777777" w:rsidR="00001738" w:rsidRDefault="00000000">
      <w:pPr>
        <w:keepNext/>
        <w:spacing w:before="280"/>
      </w:pPr>
      <w:r>
        <w:rPr>
          <w:b/>
          <w:color w:val="2980B9"/>
          <w:sz w:val="26"/>
        </w:rPr>
        <w:t>8.1 Dati identificativi</w:t>
      </w:r>
    </w:p>
    <w:p w14:paraId="50894F19" w14:textId="77777777" w:rsidR="00001738" w:rsidRDefault="00000000">
      <w:r>
        <w:t>Disciplina: LINGUA FRANCESE</w:t>
      </w:r>
      <w:r>
        <w:br/>
        <w:t>Classe / Sezione: ____________________</w:t>
      </w:r>
      <w:r>
        <w:br/>
        <w:t>Scuola: ____________________</w:t>
      </w:r>
      <w:r>
        <w:br/>
        <w:t>Docente: ____________________</w:t>
      </w:r>
      <w:r>
        <w:br/>
        <w:t>Anno scolastico: 2026/2027</w:t>
      </w:r>
      <w:r>
        <w:br/>
        <w:t>Ordine di studio: Secondaria di Primo Grado</w:t>
      </w:r>
      <w:r>
        <w:br/>
        <w:t>Tempo scuola: ____________________</w:t>
      </w:r>
      <w:r>
        <w:br/>
      </w:r>
    </w:p>
    <w:p w14:paraId="3EAC4E05" w14:textId="77777777" w:rsidR="00001738" w:rsidRDefault="00000000">
      <w:pPr>
        <w:keepNext/>
        <w:spacing w:before="280"/>
      </w:pPr>
      <w:r>
        <w:rPr>
          <w:b/>
          <w:color w:val="2980B9"/>
          <w:sz w:val="26"/>
        </w:rPr>
        <w:t>8.2 Composizione della classe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3308"/>
        <w:gridCol w:w="3309"/>
        <w:gridCol w:w="3309"/>
      </w:tblGrid>
      <w:tr w:rsidR="00001738" w14:paraId="6AA4AC92" w14:textId="77777777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39EAC8" w14:textId="77777777" w:rsidR="00001738" w:rsidRDefault="00000000">
            <w:r>
              <w:t>Totale alunni: ___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F0FA1D" w14:textId="77777777" w:rsidR="00001738" w:rsidRDefault="00000000">
            <w:r>
              <w:t>Femmine: ___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B7DCF7" w14:textId="77777777" w:rsidR="00001738" w:rsidRDefault="00000000">
            <w:r>
              <w:t>Maschi: ___</w:t>
            </w:r>
          </w:p>
        </w:tc>
      </w:tr>
      <w:tr w:rsidR="00001738" w14:paraId="24110918" w14:textId="77777777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7D49C2" w14:textId="77777777" w:rsidR="00001738" w:rsidRDefault="00000000">
            <w:r>
              <w:lastRenderedPageBreak/>
              <w:t>Alunni stranieri: ___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8386D2" w14:textId="77777777" w:rsidR="00001738" w:rsidRDefault="00000000">
            <w:r>
              <w:t>Alunni con disabilità: ___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D7FCFC" w14:textId="77777777" w:rsidR="00001738" w:rsidRDefault="00000000">
            <w:r>
              <w:t>Alunni con DSA: ___</w:t>
            </w:r>
          </w:p>
        </w:tc>
      </w:tr>
    </w:tbl>
    <w:p w14:paraId="3C96A460" w14:textId="77777777" w:rsidR="00001738" w:rsidRDefault="00000000">
      <w:pPr>
        <w:keepNext/>
        <w:spacing w:before="280"/>
      </w:pPr>
      <w:r>
        <w:rPr>
          <w:b/>
          <w:color w:val="2980B9"/>
          <w:sz w:val="26"/>
        </w:rPr>
        <w:t>8.3 Storia della classe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3308"/>
        <w:gridCol w:w="3310"/>
        <w:gridCol w:w="3308"/>
      </w:tblGrid>
      <w:tr w:rsidR="00001738" w14:paraId="3BC634DA" w14:textId="77777777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2CDBBA" w14:textId="77777777" w:rsidR="00001738" w:rsidRDefault="00000000">
            <w:r>
              <w:t>Alunni all'origine (1° anno)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F65B25" w14:textId="77777777" w:rsidR="00001738" w:rsidRDefault="00000000">
            <w:r>
              <w:t>Alunni inseriti successivamente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13558F" w14:textId="77777777" w:rsidR="00001738" w:rsidRDefault="00000000">
            <w:r>
              <w:t>Alunni che hanno lasciato</w:t>
            </w:r>
          </w:p>
        </w:tc>
      </w:tr>
      <w:tr w:rsidR="00001738" w14:paraId="40EC5405" w14:textId="77777777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E66A3C" w14:textId="77777777" w:rsidR="00001738" w:rsidRDefault="00000000">
            <w:r>
              <w:t>___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864DDF" w14:textId="77777777" w:rsidR="00001738" w:rsidRDefault="00000000">
            <w:r>
              <w:t>___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664830" w14:textId="77777777" w:rsidR="00001738" w:rsidRDefault="00000000">
            <w:r>
              <w:t>___</w:t>
            </w:r>
          </w:p>
        </w:tc>
      </w:tr>
    </w:tbl>
    <w:p w14:paraId="456023F3" w14:textId="77777777" w:rsidR="00001738" w:rsidRDefault="00000000">
      <w:pPr>
        <w:keepNext/>
        <w:spacing w:before="280"/>
      </w:pPr>
      <w:r>
        <w:rPr>
          <w:b/>
          <w:color w:val="2980B9"/>
          <w:sz w:val="26"/>
        </w:rPr>
        <w:t>8.4 Livelli di padronanza delle competenze rilevati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4964"/>
        <w:gridCol w:w="4962"/>
      </w:tblGrid>
      <w:tr w:rsidR="00001738" w14:paraId="2EBB60EA" w14:textId="77777777">
        <w:trPr>
          <w:jc w:val="center"/>
        </w:trPr>
        <w:tc>
          <w:tcPr>
            <w:tcW w:w="4968" w:type="dxa"/>
            <w:shd w:val="clear" w:color="auto" w:fill="EAECE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4FFCD8" w14:textId="77777777" w:rsidR="00001738" w:rsidRDefault="00000000">
            <w:r>
              <w:rPr>
                <w:b/>
              </w:rPr>
              <w:t>Livello di padronanza delle competenze</w:t>
            </w:r>
          </w:p>
        </w:tc>
        <w:tc>
          <w:tcPr>
            <w:tcW w:w="4968" w:type="dxa"/>
            <w:shd w:val="clear" w:color="auto" w:fill="EAECE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A39C98" w14:textId="77777777" w:rsidR="00001738" w:rsidRDefault="00000000">
            <w:r>
              <w:rPr>
                <w:b/>
              </w:rPr>
              <w:t>N° alunni</w:t>
            </w:r>
          </w:p>
        </w:tc>
      </w:tr>
      <w:tr w:rsidR="00001738" w14:paraId="35657AA1" w14:textId="77777777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81C7D9" w14:textId="77777777" w:rsidR="00001738" w:rsidRDefault="00000000">
            <w:r>
              <w:t>I fascia – AVANZATO (9/10). Alunni che dimostrano livelli di padronanza eccellenti...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DCBDAD" w14:textId="77777777" w:rsidR="00001738" w:rsidRDefault="00000000">
            <w:r>
              <w:t>___</w:t>
            </w:r>
          </w:p>
        </w:tc>
      </w:tr>
      <w:tr w:rsidR="00001738" w14:paraId="4FFFA7A4" w14:textId="77777777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1E31BB" w14:textId="77777777" w:rsidR="00001738" w:rsidRDefault="00000000">
            <w:r>
              <w:t>II fascia – INTERMEDIO (8). Alunni che dimostrano livelli consapevoli di padronanza...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669219" w14:textId="77777777" w:rsidR="00001738" w:rsidRDefault="00000000">
            <w:r>
              <w:t>___</w:t>
            </w:r>
          </w:p>
        </w:tc>
      </w:tr>
      <w:tr w:rsidR="00001738" w14:paraId="45BF86FC" w14:textId="77777777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CF2143" w14:textId="77777777" w:rsidR="00001738" w:rsidRDefault="00000000">
            <w:r>
              <w:t>III fascia – BASE (7). Alunni che dimostrano livelli fondamentali di padronanza...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3BC349" w14:textId="77777777" w:rsidR="00001738" w:rsidRDefault="00000000">
            <w:r>
              <w:t>___</w:t>
            </w:r>
          </w:p>
        </w:tc>
      </w:tr>
      <w:tr w:rsidR="00001738" w14:paraId="2EE0FB06" w14:textId="77777777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AA459D" w14:textId="77777777" w:rsidR="00001738" w:rsidRDefault="00000000">
            <w:r>
              <w:t>IV fascia – INIZIALE (6). Alunni che dimostrano livelli elementari...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3D9099" w14:textId="77777777" w:rsidR="00001738" w:rsidRDefault="00000000">
            <w:r>
              <w:t>___</w:t>
            </w:r>
          </w:p>
        </w:tc>
      </w:tr>
      <w:tr w:rsidR="00001738" w14:paraId="16E853DD" w14:textId="77777777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0AECED" w14:textId="77777777" w:rsidR="00001738" w:rsidRDefault="00000000">
            <w:r>
              <w:t>V fascia – PARZIALE (5/4). Alunni che non hanno ancora pienamente raggiunto i livelli minimi...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2FE81C" w14:textId="77777777" w:rsidR="00001738" w:rsidRDefault="00000000">
            <w:r>
              <w:t>___</w:t>
            </w:r>
          </w:p>
        </w:tc>
      </w:tr>
    </w:tbl>
    <w:p w14:paraId="69E60905" w14:textId="77777777" w:rsidR="00001738" w:rsidRDefault="00000000">
      <w:pPr>
        <w:keepNext/>
        <w:spacing w:before="280"/>
      </w:pPr>
      <w:r>
        <w:rPr>
          <w:b/>
          <w:color w:val="2980B9"/>
          <w:sz w:val="26"/>
        </w:rPr>
        <w:t>Dimensioni Trasversali del Curricolo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4963"/>
        <w:gridCol w:w="4963"/>
      </w:tblGrid>
      <w:tr w:rsidR="00001738" w14:paraId="0A6C6B6A" w14:textId="77777777">
        <w:trPr>
          <w:jc w:val="center"/>
        </w:trPr>
        <w:tc>
          <w:tcPr>
            <w:tcW w:w="4968" w:type="dxa"/>
            <w:shd w:val="clear" w:color="auto" w:fill="EAECE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F4E673" w14:textId="77777777" w:rsidR="00001738" w:rsidRDefault="00000000">
            <w:r>
              <w:rPr>
                <w:b/>
              </w:rPr>
              <w:t>Dimensione</w:t>
            </w:r>
          </w:p>
        </w:tc>
        <w:tc>
          <w:tcPr>
            <w:tcW w:w="4968" w:type="dxa"/>
            <w:shd w:val="clear" w:color="auto" w:fill="EAECE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399741" w14:textId="77777777" w:rsidR="00001738" w:rsidRDefault="00000000">
            <w:r>
              <w:rPr>
                <w:b/>
              </w:rPr>
              <w:t>Evidenze nella disciplina (Francese)</w:t>
            </w:r>
          </w:p>
        </w:tc>
      </w:tr>
      <w:tr w:rsidR="00001738" w14:paraId="534CA4E1" w14:textId="77777777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6169F7" w14:textId="77777777" w:rsidR="00001738" w:rsidRDefault="00000000">
            <w:r>
              <w:t>Educazione civica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2B2C3B" w14:textId="77777777" w:rsidR="00001738" w:rsidRDefault="00000000">
            <w:r>
              <w:t>Consapevolezza delle radici linguistiche europee comuni.</w:t>
            </w:r>
          </w:p>
        </w:tc>
      </w:tr>
      <w:tr w:rsidR="00001738" w14:paraId="055A3743" w14:textId="77777777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5E3696" w14:textId="77777777" w:rsidR="00001738" w:rsidRDefault="00000000">
            <w:r>
              <w:t>Orientamento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60F315" w14:textId="77777777" w:rsidR="00001738" w:rsidRDefault="00000000">
            <w:r>
              <w:t>Scoperta delle proprie attitudini comunicative nelle lingue straniere.</w:t>
            </w:r>
          </w:p>
        </w:tc>
      </w:tr>
      <w:tr w:rsidR="00001738" w14:paraId="0F62C2EF" w14:textId="77777777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06B584" w14:textId="77777777" w:rsidR="00001738" w:rsidRDefault="00000000">
            <w:r>
              <w:lastRenderedPageBreak/>
              <w:t>Inclusione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6E814A" w14:textId="77777777" w:rsidR="00001738" w:rsidRDefault="00000000">
            <w:r>
              <w:t>Valorizzazione dei diversi ritmi di assimilazione fonetica e scritta.</w:t>
            </w:r>
          </w:p>
        </w:tc>
      </w:tr>
      <w:tr w:rsidR="00001738" w14:paraId="3461AB04" w14:textId="77777777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DD1680" w14:textId="77777777" w:rsidR="00001738" w:rsidRDefault="00000000">
            <w:r>
              <w:t>Benessere e relazioni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B517DF" w14:textId="77777777" w:rsidR="00001738" w:rsidRDefault="00000000">
            <w:r>
              <w:t>Uso di giochi di ruolo (role-play) per favorire la socializzazione.</w:t>
            </w:r>
          </w:p>
        </w:tc>
      </w:tr>
      <w:tr w:rsidR="00001738" w14:paraId="05105913" w14:textId="77777777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EA8C9A" w14:textId="77777777" w:rsidR="00001738" w:rsidRDefault="00000000">
            <w:r>
              <w:t>Sostenibilità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20A2BF" w14:textId="77777777" w:rsidR="00001738" w:rsidRDefault="00000000">
            <w:r>
              <w:t>Lettura di testi semplici legati alla tutela dell'ambiente e della natura.</w:t>
            </w:r>
          </w:p>
        </w:tc>
      </w:tr>
      <w:tr w:rsidR="00001738" w14:paraId="02929B8E" w14:textId="77777777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35DFA7" w14:textId="77777777" w:rsidR="00001738" w:rsidRDefault="00000000">
            <w:r>
              <w:t>Cittadinanza digitale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D1FAE3" w14:textId="77777777" w:rsidR="00001738" w:rsidRDefault="00000000">
            <w:r>
              <w:t>Consultazione e uso guidato di dizionari online e app.</w:t>
            </w:r>
          </w:p>
        </w:tc>
      </w:tr>
      <w:tr w:rsidR="00001738" w14:paraId="637EEBF5" w14:textId="77777777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6635D5" w14:textId="77777777" w:rsidR="00001738" w:rsidRDefault="00000000">
            <w:r>
              <w:t>Intercultura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2BFC67" w14:textId="77777777" w:rsidR="00001738" w:rsidRDefault="00000000">
            <w:r>
              <w:t>Confronto costante tra usi, costumi e abitudini italiane e francesi.</w:t>
            </w:r>
          </w:p>
        </w:tc>
      </w:tr>
      <w:tr w:rsidR="00001738" w14:paraId="22FBE354" w14:textId="77777777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2F0F77" w14:textId="77777777" w:rsidR="00001738" w:rsidRDefault="00000000">
            <w:r>
              <w:t>Parità e rispetto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710C92" w14:textId="77777777" w:rsidR="00001738" w:rsidRDefault="00000000">
            <w:r>
              <w:t>Abbattimento degli stereotipi culturali attraverso l'apprendimento.</w:t>
            </w:r>
          </w:p>
        </w:tc>
      </w:tr>
    </w:tbl>
    <w:p w14:paraId="344CE063" w14:textId="77777777" w:rsidR="00001738" w:rsidRDefault="00000000">
      <w:pPr>
        <w:keepNext/>
        <w:spacing w:before="360" w:after="160"/>
      </w:pPr>
      <w:r>
        <w:rPr>
          <w:b/>
          <w:color w:val="1C366E"/>
          <w:sz w:val="32"/>
        </w:rPr>
        <w:t>9. Ambiente di apprendimento</w:t>
      </w:r>
    </w:p>
    <w:p w14:paraId="04490BC3" w14:textId="77777777" w:rsidR="00001738" w:rsidRDefault="00000000">
      <w:pPr>
        <w:keepNext/>
        <w:spacing w:before="280"/>
      </w:pPr>
      <w:r>
        <w:rPr>
          <w:b/>
          <w:color w:val="2980B9"/>
          <w:sz w:val="26"/>
        </w:rPr>
        <w:t>9.1 Caratteristiche dell'ambiente di apprendimento</w:t>
      </w:r>
    </w:p>
    <w:p w14:paraId="0154EA7F" w14:textId="77777777" w:rsidR="00001738" w:rsidRDefault="00000000">
      <w:pPr>
        <w:pStyle w:val="Puntoelenco"/>
      </w:pPr>
      <w:r>
        <w:t>Si sviluppano prodotti autentici e compiti di realtà.</w:t>
      </w:r>
    </w:p>
    <w:p w14:paraId="31B4B585" w14:textId="77777777" w:rsidR="00001738" w:rsidRDefault="00000000">
      <w:pPr>
        <w:pStyle w:val="Puntoelenco"/>
      </w:pPr>
      <w:r>
        <w:t>Si ancorano le strutture grammaticali e il lessico a esperienze concrete della vita quotidiana.</w:t>
      </w:r>
    </w:p>
    <w:p w14:paraId="7CA48FAC" w14:textId="77777777" w:rsidR="00001738" w:rsidRDefault="00000000">
      <w:pPr>
        <w:pStyle w:val="Puntoelenco"/>
      </w:pPr>
      <w:r>
        <w:t>Si affida agli studenti la responsabilità della gestione delle attività (es. dialoghi di coppia).</w:t>
      </w:r>
    </w:p>
    <w:p w14:paraId="5028B574" w14:textId="77777777" w:rsidR="00001738" w:rsidRDefault="00000000">
      <w:pPr>
        <w:pStyle w:val="Puntoelenco"/>
      </w:pPr>
      <w:r>
        <w:t>Si favoriscono le capacità di autoapprendimento e l'attività metacognitiva.</w:t>
      </w:r>
    </w:p>
    <w:p w14:paraId="44C5FE07" w14:textId="77777777" w:rsidR="00001738" w:rsidRDefault="00000000">
      <w:pPr>
        <w:keepNext/>
        <w:spacing w:before="280"/>
      </w:pPr>
      <w:r>
        <w:rPr>
          <w:b/>
          <w:color w:val="2980B9"/>
          <w:sz w:val="26"/>
        </w:rPr>
        <w:t>9.2 Setting formativo dell'aula</w:t>
      </w:r>
    </w:p>
    <w:p w14:paraId="7AAF390B" w14:textId="77777777" w:rsidR="00001738" w:rsidRDefault="00000000">
      <w:r>
        <w:t>• A platea: Per spiegazioni grammaticali frontali e verifiche scritte individuali.</w:t>
      </w:r>
    </w:p>
    <w:p w14:paraId="2F2C476B" w14:textId="77777777" w:rsidR="00001738" w:rsidRDefault="00000000">
      <w:r>
        <w:t>• A gruppi: Per attività di cooperazione linguistica, creazione di cartelloni o dialoghi a 4-5 alunni.</w:t>
      </w:r>
    </w:p>
    <w:p w14:paraId="50BCA76A" w14:textId="77777777" w:rsidR="00001738" w:rsidRDefault="00000000">
      <w:r>
        <w:t>• A ferro di cavallo / Agorà: Per esercitazioni di ascolto attivo, conversazione guidata e correzione corale della fonetica.</w:t>
      </w:r>
    </w:p>
    <w:p w14:paraId="706F7BA6" w14:textId="77777777" w:rsidR="00001738" w:rsidRDefault="00000000">
      <w:pPr>
        <w:keepNext/>
        <w:spacing w:before="360" w:after="160"/>
      </w:pPr>
      <w:r>
        <w:rPr>
          <w:b/>
          <w:color w:val="1C366E"/>
          <w:sz w:val="32"/>
        </w:rPr>
        <w:t>10. Scelte metodologiche</w:t>
      </w:r>
    </w:p>
    <w:p w14:paraId="7FE78FF4" w14:textId="77777777" w:rsidR="00001738" w:rsidRDefault="00000000">
      <w:pPr>
        <w:pStyle w:val="Puntoelenco"/>
      </w:pPr>
      <w:r>
        <w:t>Approccio comunicativo: Centralità dell'interazione orale reale rispetto alle sole regole teoriche.</w:t>
      </w:r>
    </w:p>
    <w:p w14:paraId="718A7F32" w14:textId="77777777" w:rsidR="00001738" w:rsidRDefault="00000000">
      <w:pPr>
        <w:pStyle w:val="Puntoelenco"/>
      </w:pPr>
      <w:r>
        <w:t>Metodo ludico e TPR (Total Physical Response): Canzoni, giochi fonetici e simulazioni dinamiche.</w:t>
      </w:r>
    </w:p>
    <w:p w14:paraId="693E8F3B" w14:textId="77777777" w:rsidR="00001738" w:rsidRDefault="00000000">
      <w:pPr>
        <w:pStyle w:val="Puntoelenco"/>
      </w:pPr>
      <w:r>
        <w:t>Flipped Classroom: Visione di brevi video nativi o ascolto di tracce a casa con rielaborazione attiva.</w:t>
      </w:r>
    </w:p>
    <w:p w14:paraId="2009C432" w14:textId="77777777" w:rsidR="00001738" w:rsidRDefault="00000000">
      <w:pPr>
        <w:pStyle w:val="Puntoelenco"/>
      </w:pPr>
      <w:r>
        <w:lastRenderedPageBreak/>
        <w:t>Tutoring tra pari e Didattica laboratoriale.</w:t>
      </w:r>
    </w:p>
    <w:p w14:paraId="31B86C03" w14:textId="77777777" w:rsidR="00001738" w:rsidRDefault="00000000">
      <w:pPr>
        <w:keepNext/>
        <w:spacing w:before="360" w:after="160"/>
      </w:pPr>
      <w:r>
        <w:rPr>
          <w:b/>
          <w:color w:val="1C366E"/>
          <w:sz w:val="32"/>
        </w:rPr>
        <w:t>11. Procedimenti personalizzati per favorire il processo di apprendimento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3308"/>
        <w:gridCol w:w="3309"/>
        <w:gridCol w:w="3309"/>
      </w:tblGrid>
      <w:tr w:rsidR="00001738" w14:paraId="02ABC7F5" w14:textId="77777777">
        <w:trPr>
          <w:jc w:val="center"/>
        </w:trPr>
        <w:tc>
          <w:tcPr>
            <w:tcW w:w="3312" w:type="dxa"/>
            <w:shd w:val="clear" w:color="auto" w:fill="1C36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146B43" w14:textId="77777777" w:rsidR="00001738" w:rsidRDefault="00000000">
            <w:r>
              <w:rPr>
                <w:b/>
                <w:color w:val="FFFFFF"/>
              </w:rPr>
              <w:t>RECUPERO</w:t>
            </w:r>
          </w:p>
        </w:tc>
        <w:tc>
          <w:tcPr>
            <w:tcW w:w="3312" w:type="dxa"/>
            <w:shd w:val="clear" w:color="auto" w:fill="1C36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639759" w14:textId="77777777" w:rsidR="00001738" w:rsidRDefault="00000000">
            <w:r>
              <w:rPr>
                <w:b/>
                <w:color w:val="FFFFFF"/>
              </w:rPr>
              <w:t>CONSOLIDAMENTO</w:t>
            </w:r>
          </w:p>
        </w:tc>
        <w:tc>
          <w:tcPr>
            <w:tcW w:w="3312" w:type="dxa"/>
            <w:shd w:val="clear" w:color="auto" w:fill="1C36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B1F909" w14:textId="77777777" w:rsidR="00001738" w:rsidRDefault="00000000">
            <w:r>
              <w:rPr>
                <w:b/>
                <w:color w:val="FFFFFF"/>
              </w:rPr>
              <w:t>POTENZIAMENTO</w:t>
            </w:r>
          </w:p>
        </w:tc>
      </w:tr>
      <w:tr w:rsidR="00001738" w14:paraId="1513D5AE" w14:textId="77777777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22B4E2" w14:textId="77777777" w:rsidR="00001738" w:rsidRDefault="00000000">
            <w:r>
              <w:t>Semplificazione delle strutture sintattiche.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820265" w14:textId="77777777" w:rsidR="00001738" w:rsidRDefault="00000000">
            <w:r>
              <w:t>Esercitazioni graduate per difficoltà.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A2A153" w14:textId="77777777" w:rsidR="00001738" w:rsidRDefault="00000000">
            <w:r>
              <w:t>Approfondimento e rielaborazione autonoma.</w:t>
            </w:r>
          </w:p>
        </w:tc>
      </w:tr>
      <w:tr w:rsidR="00001738" w14:paraId="0C6EDA64" w14:textId="77777777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F93699" w14:textId="77777777" w:rsidR="00001738" w:rsidRDefault="00000000">
            <w:r>
              <w:t>Uso di glossari illustrati e mappe.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B062DF" w14:textId="77777777" w:rsidR="00001738" w:rsidRDefault="00000000">
            <w:r>
              <w:t>Attività di ascolto guidato aggiuntivo.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CDF64E" w14:textId="77777777" w:rsidR="00001738" w:rsidRDefault="00000000">
            <w:r>
              <w:t>Letture e video in lingua originale.</w:t>
            </w:r>
          </w:p>
        </w:tc>
      </w:tr>
      <w:tr w:rsidR="00001738" w14:paraId="76CF2A8A" w14:textId="77777777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BCEFD2" w14:textId="77777777" w:rsidR="00001738" w:rsidRDefault="00000000">
            <w:r>
              <w:t>Coppie di lavoro assistite (Tutoring).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48F553" w14:textId="77777777" w:rsidR="00001738" w:rsidRDefault="00000000">
            <w:r>
              <w:t>Studio autonomo assistito.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F8472B" w14:textId="77777777" w:rsidR="00001738" w:rsidRDefault="00000000">
            <w:r>
              <w:t>Ruolo di tutor e coordinatore.</w:t>
            </w:r>
          </w:p>
        </w:tc>
      </w:tr>
    </w:tbl>
    <w:p w14:paraId="049FDBE2" w14:textId="77777777" w:rsidR="00001738" w:rsidRDefault="00000000">
      <w:pPr>
        <w:keepNext/>
        <w:spacing w:before="360" w:after="160"/>
      </w:pPr>
      <w:r>
        <w:rPr>
          <w:b/>
          <w:color w:val="1C366E"/>
          <w:sz w:val="32"/>
        </w:rPr>
        <w:t>12. Verifica e valutazione</w:t>
      </w:r>
    </w:p>
    <w:p w14:paraId="03C32860" w14:textId="77777777" w:rsidR="00001738" w:rsidRDefault="00000000">
      <w:pPr>
        <w:keepNext/>
        <w:spacing w:before="280"/>
      </w:pPr>
      <w:r>
        <w:rPr>
          <w:b/>
          <w:color w:val="2980B9"/>
          <w:sz w:val="26"/>
        </w:rPr>
        <w:t>12.1 La valutazione formativa</w:t>
      </w:r>
    </w:p>
    <w:p w14:paraId="70F091FC" w14:textId="77777777" w:rsidR="00001738" w:rsidRDefault="00000000">
      <w:r>
        <w:t>La valutazione ha valore proattivo, accoglie l'errore fonetico o ortografico come tappa naturale del processo di apprendimento e valorizza i piccoli passi del progresso individuale.</w:t>
      </w:r>
    </w:p>
    <w:p w14:paraId="581D69B4" w14:textId="77777777" w:rsidR="00001738" w:rsidRDefault="00000000">
      <w:pPr>
        <w:keepNext/>
        <w:spacing w:before="280"/>
      </w:pPr>
      <w:r>
        <w:rPr>
          <w:b/>
          <w:color w:val="2980B9"/>
          <w:sz w:val="26"/>
        </w:rPr>
        <w:t>12.2 Verifica e valutazione delle competenze</w:t>
      </w:r>
    </w:p>
    <w:p w14:paraId="7B6D13A6" w14:textId="77777777" w:rsidR="00001738" w:rsidRDefault="00000000">
      <w:r>
        <w:t>L'accertamento avviene tramite compiti di realtà (simulazione di un dialogo in un negozio o presentazione a un coetaneo francese), griglie di osservazione sistematica e autobiografie cognitive per l'autovalutazione dell'allievo.</w:t>
      </w:r>
    </w:p>
    <w:p w14:paraId="2297D1C6" w14:textId="77777777" w:rsidR="00001738" w:rsidRDefault="00000000">
      <w:r>
        <w:rPr>
          <w:b/>
          <w:color w:val="1C366E"/>
          <w:sz w:val="32"/>
        </w:rPr>
        <w:t>13. Rapporti scuola-famiglia</w:t>
      </w:r>
    </w:p>
    <w:p w14:paraId="3557662F" w14:textId="77777777" w:rsidR="00001738" w:rsidRDefault="00000000">
      <w:r>
        <w:t>La scuola assicura alle famiglie un'informazione trasparente e tempestiva sul processo di apprendimento linguistico e interculturale degli allievi tramite:</w:t>
      </w:r>
    </w:p>
    <w:p w14:paraId="74F7D6F6" w14:textId="77777777" w:rsidR="00001738" w:rsidRDefault="00000000">
      <w:pPr>
        <w:pStyle w:val="Puntoelenco"/>
      </w:pPr>
      <w:r>
        <w:t>Assemblee dei genitori e incontri quadrimestrali.</w:t>
      </w:r>
    </w:p>
    <w:p w14:paraId="62FE9CEB" w14:textId="77777777" w:rsidR="00001738" w:rsidRDefault="00000000">
      <w:pPr>
        <w:pStyle w:val="Puntoelenco"/>
      </w:pPr>
      <w:r>
        <w:t>Ricevimento settimanale e colloqui su appuntamento tramite il Registro Elettronico.</w:t>
      </w:r>
    </w:p>
    <w:p w14:paraId="5CD6BF75" w14:textId="77777777" w:rsidR="00001738" w:rsidRDefault="00000000">
      <w:pPr>
        <w:pStyle w:val="Puntoelenco"/>
      </w:pPr>
      <w:r>
        <w:t>Annotazioni tempestive dei risultati delle verifiche orali e scritte.</w:t>
      </w:r>
    </w:p>
    <w:p w14:paraId="357BCE69" w14:textId="77777777" w:rsidR="00001738" w:rsidRDefault="00000000">
      <w:pPr>
        <w:pStyle w:val="Puntoelenco"/>
      </w:pPr>
      <w:r>
        <w:t>Comunicazioni mirate in caso di difficoltà nell'apprendimento della lingua.</w:t>
      </w:r>
    </w:p>
    <w:p w14:paraId="69AA62FD" w14:textId="77777777" w:rsidR="00001738" w:rsidRDefault="00000000">
      <w:pPr>
        <w:pStyle w:val="Puntoelenco"/>
      </w:pPr>
      <w:r>
        <w:t>Portale web e canali istituzionali dell'Istituto.</w:t>
      </w:r>
    </w:p>
    <w:p w14:paraId="186D1D18" w14:textId="77777777" w:rsidR="00E07040" w:rsidRDefault="00E07040" w:rsidP="00E07040">
      <w:pPr>
        <w:pStyle w:val="Puntoelenco"/>
        <w:numPr>
          <w:ilvl w:val="0"/>
          <w:numId w:val="0"/>
        </w:numPr>
        <w:ind w:left="360" w:hanging="360"/>
      </w:pPr>
    </w:p>
    <w:p w14:paraId="3ADE0B04" w14:textId="77777777" w:rsidR="00E07040" w:rsidRDefault="00E07040" w:rsidP="00E07040">
      <w:pPr>
        <w:pStyle w:val="Puntoelenco"/>
        <w:numPr>
          <w:ilvl w:val="0"/>
          <w:numId w:val="0"/>
        </w:numPr>
        <w:ind w:left="360" w:hanging="360"/>
      </w:pPr>
    </w:p>
    <w:p w14:paraId="4A658EB3" w14:textId="77777777" w:rsidR="00E07040" w:rsidRDefault="00E07040" w:rsidP="00E07040">
      <w:pPr>
        <w:pStyle w:val="Puntoelenco"/>
        <w:numPr>
          <w:ilvl w:val="0"/>
          <w:numId w:val="0"/>
        </w:numPr>
        <w:ind w:left="360" w:hanging="360"/>
      </w:pPr>
    </w:p>
    <w:p w14:paraId="48A483BD" w14:textId="77777777" w:rsidR="00001738" w:rsidRDefault="00000000">
      <w:r>
        <w:rPr>
          <w:b/>
          <w:color w:val="1C366E"/>
          <w:sz w:val="32"/>
        </w:rPr>
        <w:lastRenderedPageBreak/>
        <w:t>14. Progettazione delle UdA</w:t>
      </w:r>
    </w:p>
    <w:p w14:paraId="6A5EBEDA" w14:textId="77777777" w:rsidR="00001738" w:rsidRDefault="00000000">
      <w:r>
        <w:rPr>
          <w:b/>
        </w:rPr>
        <w:t>Macro-UdA 0</w:t>
      </w:r>
      <w:r>
        <w:t xml:space="preserve"> – Accoglienza e continuità – Orientamento: consolidamento dei prerequisiti in ingresso e prime attività di conoscenza reciproca.</w:t>
      </w:r>
    </w:p>
    <w:p w14:paraId="4FCC9F30" w14:textId="77777777" w:rsidR="00001738" w:rsidRDefault="00000000">
      <w:r>
        <w:rPr>
          <w:b/>
        </w:rPr>
        <w:t>Macro-UdA 1</w:t>
      </w:r>
      <w:r>
        <w:t xml:space="preserve"> – "NOI per il territorio: difendiamo il bene comune" (progetto d'Istituto applicato alla lingua francese).</w:t>
      </w:r>
    </w:p>
    <w:p w14:paraId="7803E726" w14:textId="77777777" w:rsidR="00001738" w:rsidRDefault="00000000">
      <w:r>
        <w:rPr>
          <w:b/>
          <w:color w:val="2980B9"/>
          <w:sz w:val="26"/>
        </w:rPr>
        <w:t>14.1 UdA 1.2 – Dalla progettazione dei Dipartimenti</w:t>
      </w:r>
    </w:p>
    <w:p w14:paraId="48C7A087" w14:textId="77777777" w:rsidR="00001738" w:rsidRDefault="00000000">
      <w:r>
        <w:rPr>
          <w:b/>
        </w:rPr>
        <w:t>Tema comune:</w:t>
      </w:r>
      <w:r>
        <w:t xml:space="preserve"> "Io, cittadino dell'Italia e dell'Europa" – riferito al I biennio (classi I e II) della secondaria di I grado.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001738" w14:paraId="2CF269F4" w14:textId="77777777">
        <w:tc>
          <w:tcPr>
            <w:tcW w:w="4968" w:type="dxa"/>
            <w:gridSpan w:val="2"/>
            <w:shd w:val="clear" w:color="auto" w:fill="1C366E"/>
          </w:tcPr>
          <w:p w14:paraId="2D664179" w14:textId="77777777" w:rsidR="00001738" w:rsidRDefault="00000000">
            <w:pPr>
              <w:jc w:val="center"/>
            </w:pPr>
            <w:r>
              <w:rPr>
                <w:b/>
                <w:color w:val="FFFFFF"/>
              </w:rPr>
              <w:t>Macrotema: NOI OGGI – I quadrimestre</w:t>
            </w:r>
          </w:p>
        </w:tc>
        <w:tc>
          <w:tcPr>
            <w:tcW w:w="4968" w:type="dxa"/>
            <w:gridSpan w:val="2"/>
            <w:shd w:val="clear" w:color="auto" w:fill="1C366E"/>
          </w:tcPr>
          <w:p w14:paraId="46EA7E0C" w14:textId="77777777" w:rsidR="00001738" w:rsidRDefault="00000000">
            <w:pPr>
              <w:jc w:val="center"/>
            </w:pPr>
            <w:r>
              <w:rPr>
                <w:b/>
                <w:color w:val="FFFFFF"/>
              </w:rPr>
              <w:t>Macrotema: NOI NELLA STORIA – II quadrimestre</w:t>
            </w:r>
          </w:p>
        </w:tc>
      </w:tr>
      <w:tr w:rsidR="00001738" w14:paraId="713426EA" w14:textId="77777777">
        <w:tc>
          <w:tcPr>
            <w:tcW w:w="2484" w:type="dxa"/>
            <w:shd w:val="clear" w:color="auto" w:fill="2980B9"/>
          </w:tcPr>
          <w:p w14:paraId="6AD77614" w14:textId="77777777" w:rsidR="00001738" w:rsidRDefault="00000000">
            <w:pPr>
              <w:jc w:val="center"/>
            </w:pPr>
            <w:r>
              <w:rPr>
                <w:b/>
                <w:color w:val="FFFFFF"/>
              </w:rPr>
              <w:t>UdA n°1</w:t>
            </w:r>
          </w:p>
        </w:tc>
        <w:tc>
          <w:tcPr>
            <w:tcW w:w="2484" w:type="dxa"/>
            <w:shd w:val="clear" w:color="auto" w:fill="2980B9"/>
          </w:tcPr>
          <w:p w14:paraId="66D9BF32" w14:textId="77777777" w:rsidR="00001738" w:rsidRDefault="00000000">
            <w:pPr>
              <w:jc w:val="center"/>
            </w:pPr>
            <w:r>
              <w:rPr>
                <w:b/>
                <w:color w:val="FFFFFF"/>
              </w:rPr>
              <w:t>UdA n°2</w:t>
            </w:r>
          </w:p>
        </w:tc>
        <w:tc>
          <w:tcPr>
            <w:tcW w:w="2484" w:type="dxa"/>
            <w:shd w:val="clear" w:color="auto" w:fill="2980B9"/>
          </w:tcPr>
          <w:p w14:paraId="4A88CA96" w14:textId="77777777" w:rsidR="00001738" w:rsidRDefault="00000000">
            <w:pPr>
              <w:jc w:val="center"/>
            </w:pPr>
            <w:r>
              <w:rPr>
                <w:b/>
                <w:color w:val="FFFFFF"/>
              </w:rPr>
              <w:t>UdA n°3</w:t>
            </w:r>
          </w:p>
        </w:tc>
        <w:tc>
          <w:tcPr>
            <w:tcW w:w="2484" w:type="dxa"/>
            <w:shd w:val="clear" w:color="auto" w:fill="2980B9"/>
          </w:tcPr>
          <w:p w14:paraId="7CD0CC22" w14:textId="77777777" w:rsidR="00001738" w:rsidRDefault="00000000">
            <w:pPr>
              <w:jc w:val="center"/>
            </w:pPr>
            <w:r>
              <w:rPr>
                <w:b/>
                <w:color w:val="FFFFFF"/>
              </w:rPr>
              <w:t>UdA n°4</w:t>
            </w:r>
          </w:p>
        </w:tc>
      </w:tr>
      <w:tr w:rsidR="00001738" w14:paraId="474CE4F5" w14:textId="77777777">
        <w:tc>
          <w:tcPr>
            <w:tcW w:w="2484" w:type="dxa"/>
          </w:tcPr>
          <w:p w14:paraId="78C5D4DE" w14:textId="77777777" w:rsidR="00001738" w:rsidRDefault="00000000">
            <w:r>
              <w:rPr>
                <w:sz w:val="20"/>
              </w:rPr>
              <w:t>Conosco me stesso e gli altri: i linguaggi della comunicazione (Gusti, passatempi, espressione di sé in francese)</w:t>
            </w:r>
          </w:p>
        </w:tc>
        <w:tc>
          <w:tcPr>
            <w:tcW w:w="2484" w:type="dxa"/>
          </w:tcPr>
          <w:p w14:paraId="58843E36" w14:textId="77777777" w:rsidR="00001738" w:rsidRDefault="00000000">
            <w:r>
              <w:rPr>
                <w:sz w:val="20"/>
              </w:rPr>
              <w:t>Incontri ravvicinati con l'ambiente (Muoversi in città, i trasporti e lo spazio urbano)</w:t>
            </w:r>
          </w:p>
        </w:tc>
        <w:tc>
          <w:tcPr>
            <w:tcW w:w="2484" w:type="dxa"/>
          </w:tcPr>
          <w:p w14:paraId="6453774E" w14:textId="77777777" w:rsidR="00001738" w:rsidRDefault="00000000">
            <w:r>
              <w:rPr>
                <w:sz w:val="20"/>
              </w:rPr>
              <w:t>Immersi in piccole storie (Racconti al passato, tradizioni, biografie di personaggi)</w:t>
            </w:r>
          </w:p>
        </w:tc>
        <w:tc>
          <w:tcPr>
            <w:tcW w:w="2484" w:type="dxa"/>
          </w:tcPr>
          <w:p w14:paraId="7114D56F" w14:textId="77777777" w:rsidR="00001738" w:rsidRDefault="00000000">
            <w:r>
              <w:rPr>
                <w:sz w:val="20"/>
              </w:rPr>
              <w:t>Lessico familiare (Abitudini alimentari, vita quotidiana, la moda e le relazioni)</w:t>
            </w:r>
          </w:p>
        </w:tc>
      </w:tr>
      <w:tr w:rsidR="00001738" w14:paraId="1B34664F" w14:textId="77777777">
        <w:tc>
          <w:tcPr>
            <w:tcW w:w="2484" w:type="dxa"/>
          </w:tcPr>
          <w:p w14:paraId="6BF8588D" w14:textId="77777777" w:rsidR="00001738" w:rsidRDefault="00000000">
            <w:pPr>
              <w:jc w:val="center"/>
            </w:pPr>
            <w:r>
              <w:t>Settembre-novembre</w:t>
            </w:r>
          </w:p>
        </w:tc>
        <w:tc>
          <w:tcPr>
            <w:tcW w:w="2484" w:type="dxa"/>
          </w:tcPr>
          <w:p w14:paraId="316A195A" w14:textId="77777777" w:rsidR="00001738" w:rsidRDefault="00000000">
            <w:pPr>
              <w:jc w:val="center"/>
            </w:pPr>
            <w:r>
              <w:t>Dicembre-gennaio</w:t>
            </w:r>
          </w:p>
        </w:tc>
        <w:tc>
          <w:tcPr>
            <w:tcW w:w="2484" w:type="dxa"/>
          </w:tcPr>
          <w:p w14:paraId="4E5B5C8C" w14:textId="77777777" w:rsidR="00001738" w:rsidRDefault="00000000">
            <w:pPr>
              <w:jc w:val="center"/>
            </w:pPr>
            <w:r>
              <w:t>Febbraio-marzo</w:t>
            </w:r>
          </w:p>
        </w:tc>
        <w:tc>
          <w:tcPr>
            <w:tcW w:w="2484" w:type="dxa"/>
          </w:tcPr>
          <w:p w14:paraId="21FA524F" w14:textId="77777777" w:rsidR="00001738" w:rsidRDefault="00000000">
            <w:pPr>
              <w:jc w:val="center"/>
            </w:pPr>
            <w:r>
              <w:t>Aprile-maggio</w:t>
            </w:r>
          </w:p>
        </w:tc>
      </w:tr>
    </w:tbl>
    <w:p w14:paraId="4445B4B9" w14:textId="77777777" w:rsidR="00001738" w:rsidRDefault="00000000">
      <w:r>
        <w:rPr>
          <w:b/>
          <w:color w:val="2980B9"/>
          <w:sz w:val="26"/>
        </w:rPr>
        <w:t>14.2 Articolazione operativa</w:t>
      </w:r>
    </w:p>
    <w:p w14:paraId="4132F6BF" w14:textId="77777777" w:rsidR="00001738" w:rsidRDefault="00000000">
      <w:pPr>
        <w:pStyle w:val="Puntoelenco"/>
      </w:pPr>
      <w:r>
        <w:t>UdA multidisciplinari elaborate dai Consigli di classe in sinergia con le altre discipline.</w:t>
      </w:r>
    </w:p>
    <w:p w14:paraId="5B30D98C" w14:textId="77777777" w:rsidR="00001738" w:rsidRDefault="00000000">
      <w:pPr>
        <w:pStyle w:val="Puntoelenco"/>
      </w:pPr>
      <w:r>
        <w:t>UdA disciplinari (Francese) sviluppate a partire dal tema comune e coerenti con le mete del Dipartimento e del livello QCER atteso.</w:t>
      </w:r>
    </w:p>
    <w:sectPr w:rsidR="00001738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BB72578"/>
    <w:multiLevelType w:val="multilevel"/>
    <w:tmpl w:val="3C26F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AB77BF"/>
    <w:multiLevelType w:val="multilevel"/>
    <w:tmpl w:val="6554D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5F56A0"/>
    <w:multiLevelType w:val="multilevel"/>
    <w:tmpl w:val="14DCC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441598"/>
    <w:multiLevelType w:val="multilevel"/>
    <w:tmpl w:val="3230B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86034F"/>
    <w:multiLevelType w:val="multilevel"/>
    <w:tmpl w:val="547C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5895478">
    <w:abstractNumId w:val="8"/>
  </w:num>
  <w:num w:numId="2" w16cid:durableId="2043675406">
    <w:abstractNumId w:val="6"/>
  </w:num>
  <w:num w:numId="3" w16cid:durableId="361176649">
    <w:abstractNumId w:val="5"/>
  </w:num>
  <w:num w:numId="4" w16cid:durableId="1312445239">
    <w:abstractNumId w:val="4"/>
  </w:num>
  <w:num w:numId="5" w16cid:durableId="1138305823">
    <w:abstractNumId w:val="7"/>
  </w:num>
  <w:num w:numId="6" w16cid:durableId="1087191478">
    <w:abstractNumId w:val="3"/>
  </w:num>
  <w:num w:numId="7" w16cid:durableId="433481957">
    <w:abstractNumId w:val="2"/>
  </w:num>
  <w:num w:numId="8" w16cid:durableId="485828748">
    <w:abstractNumId w:val="1"/>
  </w:num>
  <w:num w:numId="9" w16cid:durableId="410006434">
    <w:abstractNumId w:val="0"/>
  </w:num>
  <w:num w:numId="10" w16cid:durableId="57939624">
    <w:abstractNumId w:val="12"/>
  </w:num>
  <w:num w:numId="11" w16cid:durableId="1546478543">
    <w:abstractNumId w:val="13"/>
  </w:num>
  <w:num w:numId="12" w16cid:durableId="1557203002">
    <w:abstractNumId w:val="9"/>
  </w:num>
  <w:num w:numId="13" w16cid:durableId="419836085">
    <w:abstractNumId w:val="11"/>
  </w:num>
  <w:num w:numId="14" w16cid:durableId="8079355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738"/>
    <w:rsid w:val="00034616"/>
    <w:rsid w:val="0006063C"/>
    <w:rsid w:val="0015074B"/>
    <w:rsid w:val="0029639D"/>
    <w:rsid w:val="00326F90"/>
    <w:rsid w:val="00397C42"/>
    <w:rsid w:val="00574C5B"/>
    <w:rsid w:val="00680C2F"/>
    <w:rsid w:val="007975C9"/>
    <w:rsid w:val="00945E9E"/>
    <w:rsid w:val="00AA1D8D"/>
    <w:rsid w:val="00B13E48"/>
    <w:rsid w:val="00B47730"/>
    <w:rsid w:val="00CB0664"/>
    <w:rsid w:val="00E07040"/>
    <w:rsid w:val="00F473FB"/>
    <w:rsid w:val="00FB5C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866F7C"/>
  <w14:defaultImageDpi w14:val="300"/>
  <w15:docId w15:val="{76AA5067-C250-784B-AAF0-B7ECE89B2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 w:line="300" w:lineRule="auto"/>
    </w:pPr>
    <w:rPr>
      <w:rFonts w:ascii="Arial" w:hAnsi="Arial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unhideWhenUsed/>
    <w:rsid w:val="00680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  <w:style w:type="character" w:customStyle="1" w:styleId="apple-converted-space">
    <w:name w:val="apple-converted-space"/>
    <w:basedOn w:val="Carpredefinitoparagrafo"/>
    <w:rsid w:val="00680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2665</Words>
  <Characters>15194</Characters>
  <Application>Microsoft Office Word</Application>
  <DocSecurity>0</DocSecurity>
  <Lines>126</Lines>
  <Paragraphs>35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17824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gabriella valentini</cp:lastModifiedBy>
  <cp:revision>4</cp:revision>
  <dcterms:created xsi:type="dcterms:W3CDTF">2026-07-05T14:51:00Z</dcterms:created>
  <dcterms:modified xsi:type="dcterms:W3CDTF">2026-09-08T14:52:00Z</dcterms:modified>
  <cp:category/>
</cp:coreProperties>
</file>